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D772E4" w14:textId="77777777" w:rsidR="000D4023" w:rsidRDefault="00000000">
      <w:pPr>
        <w:spacing w:after="20"/>
      </w:pPr>
      <w:r>
        <w:rPr>
          <w:b/>
          <w:sz w:val="48"/>
        </w:rPr>
        <w:t>Cultural Programme Open Call Proposal Form</w:t>
      </w:r>
    </w:p>
    <w:p w14:paraId="185F7E41" w14:textId="77777777" w:rsidR="000D4023" w:rsidRDefault="000D4023">
      <w:pPr>
        <w:spacing w:after="120"/>
      </w:pPr>
    </w:p>
    <w:p w14:paraId="227B4CE5" w14:textId="77777777" w:rsidR="000D4023" w:rsidRDefault="000D4023">
      <w:pPr>
        <w:spacing w:after="160"/>
      </w:pPr>
    </w:p>
    <w:tbl>
      <w:tblPr>
        <w:tblW w:w="0" w:type="auto"/>
        <w:jc w:val="center"/>
        <w:tblLayout w:type="fixed"/>
        <w:tblLook w:val="04A0" w:firstRow="1" w:lastRow="0" w:firstColumn="1" w:lastColumn="0" w:noHBand="0" w:noVBand="1"/>
      </w:tblPr>
      <w:tblGrid>
        <w:gridCol w:w="10224"/>
      </w:tblGrid>
      <w:tr w:rsidR="000D4023" w14:paraId="022791E8" w14:textId="77777777" w:rsidTr="00AB487D">
        <w:trPr>
          <w:jc w:val="center"/>
        </w:trPr>
        <w:tc>
          <w:tcPr>
            <w:tcW w:w="10224" w:type="dxa"/>
            <w:tcBorders>
              <w:top w:val="nil"/>
              <w:left w:val="nil"/>
              <w:bottom w:val="nil"/>
              <w:right w:val="nil"/>
            </w:tcBorders>
            <w:shd w:val="clear" w:color="auto" w:fill="EDEDED"/>
            <w:tcMar>
              <w:top w:w="80" w:type="dxa"/>
              <w:left w:w="90" w:type="dxa"/>
              <w:bottom w:w="80" w:type="dxa"/>
              <w:right w:w="90" w:type="dxa"/>
            </w:tcMar>
            <w:vAlign w:val="center"/>
          </w:tcPr>
          <w:p w14:paraId="6F41B964" w14:textId="77777777" w:rsidR="00835657" w:rsidRDefault="00000000">
            <w:r>
              <w:rPr>
                <w:b/>
                <w:sz w:val="26"/>
              </w:rPr>
              <w:t>Proposal guidance</w:t>
            </w:r>
          </w:p>
          <w:p w14:paraId="4772271E" w14:textId="77777777" w:rsidR="00835657" w:rsidRDefault="00000000">
            <w:pPr>
              <w:spacing w:after="40"/>
            </w:pPr>
            <w:r>
              <w:t>• Use this form for either stage of the Cultural Programme Open Call. Stage 1 is an Expression of Interest focused on the emerging idea and potential partnership; Stage 2 should develop the proposal in response to feedback and provide the fuller evidence requested below.</w:t>
            </w:r>
          </w:p>
          <w:p w14:paraId="0153720F" w14:textId="77777777" w:rsidR="00835657" w:rsidRDefault="00000000">
            <w:pPr>
              <w:spacing w:after="40"/>
            </w:pPr>
            <w:r>
              <w:t>• Please answer the questions that apply to your stage. Stage 1 responses should establish the idea; Stage 2 proposals should provide fuller evidence and respond to any feedback received.</w:t>
            </w:r>
          </w:p>
          <w:p w14:paraId="794B59DA" w14:textId="47219F60" w:rsidR="00835657" w:rsidRDefault="00BC1FCB">
            <w:pPr>
              <w:spacing w:before="60" w:after="40"/>
            </w:pPr>
            <w:r>
              <w:rPr>
                <w:b/>
                <w:sz w:val="22"/>
              </w:rPr>
              <w:t>TOTAL FIVE-PAGE LIMIT: The completed proposal form must be no longer than 5 pages in total.</w:t>
            </w:r>
          </w:p>
          <w:p w14:paraId="5AC2E712" w14:textId="77777777" w:rsidR="00835657" w:rsidRDefault="00000000">
            <w:pPr>
              <w:spacing w:after="0"/>
            </w:pPr>
            <w:r>
              <w:rPr>
                <w:b/>
              </w:rPr>
              <w:t>Additional material (samples of work etc.) should be linked on the form and may be viewed at the panel’s discretion.</w:t>
            </w:r>
          </w:p>
        </w:tc>
      </w:tr>
    </w:tbl>
    <w:p w14:paraId="43152821" w14:textId="77777777" w:rsidR="000D4023" w:rsidRDefault="000D4023">
      <w:pPr>
        <w:spacing w:after="0"/>
      </w:pPr>
    </w:p>
    <w:p w14:paraId="54EF83FB" w14:textId="77777777" w:rsidR="00070324" w:rsidRDefault="00070324">
      <w:pPr>
        <w:spacing w:after="0"/>
      </w:pPr>
    </w:p>
    <w:p w14:paraId="3A9E102E" w14:textId="77777777" w:rsidR="00070324" w:rsidRDefault="00070324">
      <w:pPr>
        <w:spacing w:after="0"/>
      </w:pPr>
    </w:p>
    <w:tbl>
      <w:tblPr>
        <w:tblW w:w="0" w:type="auto"/>
        <w:jc w:val="center"/>
        <w:tblLayout w:type="fixed"/>
        <w:tblLook w:val="04A0" w:firstRow="1" w:lastRow="0" w:firstColumn="1" w:lastColumn="0" w:noHBand="0" w:noVBand="1"/>
      </w:tblPr>
      <w:tblGrid>
        <w:gridCol w:w="10224"/>
      </w:tblGrid>
      <w:tr w:rsidR="000D4023" w14:paraId="261114D0" w14:textId="77777777" w:rsidTr="00AB487D">
        <w:trPr>
          <w:jc w:val="center"/>
        </w:trPr>
        <w:tc>
          <w:tcPr>
            <w:tcW w:w="10224" w:type="dxa"/>
            <w:tcBorders>
              <w:top w:val="nil"/>
              <w:left w:val="nil"/>
              <w:bottom w:val="nil"/>
              <w:right w:val="nil"/>
            </w:tcBorders>
            <w:shd w:val="clear" w:color="auto" w:fill="C6D9F1" w:themeFill="text2" w:themeFillTint="33"/>
            <w:tcMar>
              <w:top w:w="80" w:type="dxa"/>
              <w:left w:w="90" w:type="dxa"/>
              <w:bottom w:w="80" w:type="dxa"/>
              <w:right w:w="90" w:type="dxa"/>
            </w:tcMar>
            <w:vAlign w:val="center"/>
          </w:tcPr>
          <w:p w14:paraId="1DB15255" w14:textId="77777777" w:rsidR="00835657" w:rsidRDefault="00000000">
            <w:pPr>
              <w:spacing w:after="0"/>
            </w:pPr>
            <w:r>
              <w:rPr>
                <w:b/>
              </w:rPr>
              <w:t>1. Lead applicant and proposal details</w:t>
            </w:r>
          </w:p>
          <w:p w14:paraId="36B05747" w14:textId="77777777" w:rsidR="00835657" w:rsidRDefault="00000000">
            <w:pPr>
              <w:spacing w:after="0"/>
            </w:pPr>
            <w:r>
              <w:t>The lead applicant must be a researcher or student at the University of Oxford, with an employment contract or studentship covering the full project timeline.</w:t>
            </w:r>
          </w:p>
        </w:tc>
      </w:tr>
    </w:tbl>
    <w:p w14:paraId="7858371E" w14:textId="77777777" w:rsidR="000D4023" w:rsidRDefault="000D4023">
      <w:pPr>
        <w:spacing w:after="0"/>
      </w:pPr>
    </w:p>
    <w:tbl>
      <w:tblPr>
        <w:tblW w:w="0" w:type="auto"/>
        <w:jc w:val="center"/>
        <w:tblLayout w:type="fixed"/>
        <w:tblLook w:val="04A0" w:firstRow="1" w:lastRow="0" w:firstColumn="1" w:lastColumn="0" w:noHBand="0" w:noVBand="1"/>
      </w:tblPr>
      <w:tblGrid>
        <w:gridCol w:w="3528"/>
        <w:gridCol w:w="6408"/>
      </w:tblGrid>
      <w:tr w:rsidR="000D4023" w14:paraId="5867B136" w14:textId="77777777">
        <w:trPr>
          <w:jc w:val="center"/>
        </w:trPr>
        <w:tc>
          <w:tcPr>
            <w:tcW w:w="3528" w:type="dxa"/>
            <w:tcBorders>
              <w:top w:val="single" w:sz="6" w:space="0" w:color="C8C8C8"/>
              <w:left w:val="single" w:sz="6" w:space="0" w:color="C8C8C8"/>
              <w:bottom w:val="single" w:sz="6" w:space="0" w:color="C8C8C8"/>
              <w:right w:val="single" w:sz="6" w:space="0" w:color="C8C8C8"/>
            </w:tcBorders>
            <w:shd w:val="clear" w:color="auto" w:fill="EDEDED"/>
            <w:tcMar>
              <w:top w:w="80" w:type="dxa"/>
              <w:left w:w="90" w:type="dxa"/>
              <w:bottom w:w="80" w:type="dxa"/>
              <w:right w:w="90" w:type="dxa"/>
            </w:tcMar>
            <w:vAlign w:val="center"/>
          </w:tcPr>
          <w:p w14:paraId="6B4765A5" w14:textId="77777777" w:rsidR="00835657" w:rsidRDefault="00000000">
            <w:pPr>
              <w:spacing w:before="120" w:after="0"/>
            </w:pPr>
            <w:r>
              <w:rPr>
                <w:b/>
              </w:rPr>
              <w:t>Programme</w:t>
            </w:r>
          </w:p>
        </w:tc>
        <w:tc>
          <w:tcPr>
            <w:tcW w:w="6408" w:type="dxa"/>
            <w:tcBorders>
              <w:top w:val="single" w:sz="6" w:space="0" w:color="C8C8C8"/>
              <w:left w:val="single" w:sz="6" w:space="0" w:color="C8C8C8"/>
              <w:bottom w:val="single" w:sz="6" w:space="0" w:color="C8C8C8"/>
              <w:right w:val="single" w:sz="6" w:space="0" w:color="C8C8C8"/>
            </w:tcBorders>
            <w:tcMar>
              <w:top w:w="80" w:type="dxa"/>
              <w:left w:w="90" w:type="dxa"/>
              <w:bottom w:w="80" w:type="dxa"/>
              <w:right w:w="90" w:type="dxa"/>
            </w:tcMar>
            <w:vAlign w:val="center"/>
          </w:tcPr>
          <w:p w14:paraId="2D134C6D" w14:textId="77777777" w:rsidR="00835657" w:rsidRDefault="00000000">
            <w:pPr>
              <w:spacing w:after="0"/>
            </w:pPr>
            <w:r>
              <w:t>[ ] Incubator Programme     [ ] Public Programme</w:t>
            </w:r>
          </w:p>
        </w:tc>
      </w:tr>
      <w:tr w:rsidR="00BC1FCB" w14:paraId="2B897F03" w14:textId="77777777">
        <w:trPr>
          <w:jc w:val="center"/>
        </w:trPr>
        <w:tc>
          <w:tcPr>
            <w:tcW w:w="3528" w:type="dxa"/>
            <w:tcBorders>
              <w:top w:val="single" w:sz="6" w:space="0" w:color="C8C8C8"/>
              <w:left w:val="single" w:sz="6" w:space="0" w:color="C8C8C8"/>
              <w:bottom w:val="single" w:sz="6" w:space="0" w:color="C8C8C8"/>
              <w:right w:val="single" w:sz="6" w:space="0" w:color="C8C8C8"/>
            </w:tcBorders>
            <w:shd w:val="clear" w:color="auto" w:fill="EDEDED"/>
            <w:tcMar>
              <w:top w:w="80" w:type="dxa"/>
              <w:left w:w="90" w:type="dxa"/>
              <w:bottom w:w="80" w:type="dxa"/>
              <w:right w:w="90" w:type="dxa"/>
            </w:tcMar>
            <w:vAlign w:val="center"/>
          </w:tcPr>
          <w:p w14:paraId="03BF4DFF" w14:textId="7EC08560" w:rsidR="00BC1FCB" w:rsidRDefault="00BC1FCB" w:rsidP="00BC1FCB">
            <w:pPr>
              <w:spacing w:after="0"/>
              <w:rPr>
                <w:b/>
                <w:color w:val="262626"/>
              </w:rPr>
            </w:pPr>
            <w:r>
              <w:rPr>
                <w:b/>
              </w:rPr>
              <w:t>Proposal stage</w:t>
            </w:r>
          </w:p>
        </w:tc>
        <w:tc>
          <w:tcPr>
            <w:tcW w:w="6408" w:type="dxa"/>
            <w:tcBorders>
              <w:top w:val="single" w:sz="6" w:space="0" w:color="C8C8C8"/>
              <w:left w:val="single" w:sz="6" w:space="0" w:color="C8C8C8"/>
              <w:bottom w:val="single" w:sz="6" w:space="0" w:color="C8C8C8"/>
              <w:right w:val="single" w:sz="6" w:space="0" w:color="C8C8C8"/>
            </w:tcBorders>
            <w:tcMar>
              <w:top w:w="80" w:type="dxa"/>
              <w:left w:w="90" w:type="dxa"/>
              <w:bottom w:w="80" w:type="dxa"/>
              <w:right w:w="90" w:type="dxa"/>
            </w:tcMar>
            <w:vAlign w:val="center"/>
          </w:tcPr>
          <w:p w14:paraId="5D1FE463" w14:textId="3AC9C10A" w:rsidR="00BC1FCB" w:rsidRDefault="00BC1FCB" w:rsidP="00BC1FCB">
            <w:pPr>
              <w:spacing w:after="0"/>
            </w:pPr>
            <w:proofErr w:type="gramStart"/>
            <w:r>
              <w:t>[ ]</w:t>
            </w:r>
            <w:proofErr w:type="gramEnd"/>
            <w:r>
              <w:t xml:space="preserve"> Stage 1 - Expression of Interest  </w:t>
            </w:r>
            <w:proofErr w:type="gramStart"/>
            <w:r>
              <w:t xml:space="preserve">   [</w:t>
            </w:r>
            <w:proofErr w:type="gramEnd"/>
            <w:r>
              <w:t xml:space="preserve"> ] Stage 2</w:t>
            </w:r>
          </w:p>
        </w:tc>
      </w:tr>
      <w:tr w:rsidR="00BC1FCB" w14:paraId="7E8D700A" w14:textId="77777777">
        <w:trPr>
          <w:jc w:val="center"/>
        </w:trPr>
        <w:tc>
          <w:tcPr>
            <w:tcW w:w="3528" w:type="dxa"/>
            <w:tcBorders>
              <w:top w:val="single" w:sz="6" w:space="0" w:color="C8C8C8"/>
              <w:left w:val="single" w:sz="6" w:space="0" w:color="C8C8C8"/>
              <w:bottom w:val="single" w:sz="6" w:space="0" w:color="C8C8C8"/>
              <w:right w:val="single" w:sz="6" w:space="0" w:color="C8C8C8"/>
            </w:tcBorders>
            <w:shd w:val="clear" w:color="auto" w:fill="EDEDED"/>
            <w:tcMar>
              <w:top w:w="80" w:type="dxa"/>
              <w:left w:w="90" w:type="dxa"/>
              <w:bottom w:w="80" w:type="dxa"/>
              <w:right w:w="90" w:type="dxa"/>
            </w:tcMar>
            <w:vAlign w:val="center"/>
          </w:tcPr>
          <w:p w14:paraId="70E5BE06" w14:textId="4EF49943" w:rsidR="00BC1FCB" w:rsidRDefault="00BC1FCB" w:rsidP="00BC1FCB">
            <w:pPr>
              <w:spacing w:after="0"/>
              <w:rPr>
                <w:b/>
                <w:color w:val="262626"/>
              </w:rPr>
            </w:pPr>
            <w:r>
              <w:rPr>
                <w:b/>
                <w:color w:val="262626"/>
              </w:rPr>
              <w:t>Project title</w:t>
            </w:r>
          </w:p>
        </w:tc>
        <w:tc>
          <w:tcPr>
            <w:tcW w:w="6408" w:type="dxa"/>
            <w:tcBorders>
              <w:top w:val="single" w:sz="6" w:space="0" w:color="C8C8C8"/>
              <w:left w:val="single" w:sz="6" w:space="0" w:color="C8C8C8"/>
              <w:bottom w:val="single" w:sz="6" w:space="0" w:color="C8C8C8"/>
              <w:right w:val="single" w:sz="6" w:space="0" w:color="C8C8C8"/>
            </w:tcBorders>
            <w:tcMar>
              <w:top w:w="80" w:type="dxa"/>
              <w:left w:w="90" w:type="dxa"/>
              <w:bottom w:w="80" w:type="dxa"/>
              <w:right w:w="90" w:type="dxa"/>
            </w:tcMar>
            <w:vAlign w:val="center"/>
          </w:tcPr>
          <w:p w14:paraId="38B7CF03" w14:textId="77777777" w:rsidR="00BC1FCB" w:rsidRDefault="00BC1FCB" w:rsidP="00BC1FCB">
            <w:pPr>
              <w:spacing w:after="0"/>
            </w:pPr>
          </w:p>
        </w:tc>
      </w:tr>
      <w:tr w:rsidR="00BC1FCB" w14:paraId="121E0DD3" w14:textId="77777777">
        <w:trPr>
          <w:jc w:val="center"/>
        </w:trPr>
        <w:tc>
          <w:tcPr>
            <w:tcW w:w="3528" w:type="dxa"/>
            <w:tcBorders>
              <w:top w:val="single" w:sz="6" w:space="0" w:color="C8C8C8"/>
              <w:left w:val="single" w:sz="6" w:space="0" w:color="C8C8C8"/>
              <w:bottom w:val="single" w:sz="6" w:space="0" w:color="C8C8C8"/>
              <w:right w:val="single" w:sz="6" w:space="0" w:color="C8C8C8"/>
            </w:tcBorders>
            <w:shd w:val="clear" w:color="auto" w:fill="EDEDED"/>
            <w:tcMar>
              <w:top w:w="80" w:type="dxa"/>
              <w:left w:w="90" w:type="dxa"/>
              <w:bottom w:w="80" w:type="dxa"/>
              <w:right w:w="90" w:type="dxa"/>
            </w:tcMar>
            <w:vAlign w:val="center"/>
          </w:tcPr>
          <w:p w14:paraId="1D0646A0" w14:textId="77777777" w:rsidR="00BC1FCB" w:rsidRDefault="00BC1FCB" w:rsidP="00BC1FCB">
            <w:pPr>
              <w:spacing w:after="0"/>
            </w:pPr>
            <w:r>
              <w:rPr>
                <w:b/>
                <w:color w:val="262626"/>
              </w:rPr>
              <w:t>Lead applicant name</w:t>
            </w:r>
          </w:p>
        </w:tc>
        <w:tc>
          <w:tcPr>
            <w:tcW w:w="6408" w:type="dxa"/>
            <w:tcBorders>
              <w:top w:val="single" w:sz="6" w:space="0" w:color="C8C8C8"/>
              <w:left w:val="single" w:sz="6" w:space="0" w:color="C8C8C8"/>
              <w:bottom w:val="single" w:sz="6" w:space="0" w:color="C8C8C8"/>
              <w:right w:val="single" w:sz="6" w:space="0" w:color="C8C8C8"/>
            </w:tcBorders>
            <w:tcMar>
              <w:top w:w="80" w:type="dxa"/>
              <w:left w:w="90" w:type="dxa"/>
              <w:bottom w:w="80" w:type="dxa"/>
              <w:right w:w="90" w:type="dxa"/>
            </w:tcMar>
            <w:vAlign w:val="center"/>
          </w:tcPr>
          <w:p w14:paraId="14D03215" w14:textId="77777777" w:rsidR="00BC1FCB" w:rsidRDefault="00BC1FCB" w:rsidP="00BC1FCB">
            <w:pPr>
              <w:spacing w:after="0"/>
            </w:pPr>
          </w:p>
        </w:tc>
      </w:tr>
      <w:tr w:rsidR="00BC1FCB" w14:paraId="4E12301F" w14:textId="77777777">
        <w:trPr>
          <w:jc w:val="center"/>
        </w:trPr>
        <w:tc>
          <w:tcPr>
            <w:tcW w:w="3528" w:type="dxa"/>
            <w:tcBorders>
              <w:top w:val="single" w:sz="6" w:space="0" w:color="C8C8C8"/>
              <w:left w:val="single" w:sz="6" w:space="0" w:color="C8C8C8"/>
              <w:bottom w:val="single" w:sz="6" w:space="0" w:color="C8C8C8"/>
              <w:right w:val="single" w:sz="6" w:space="0" w:color="C8C8C8"/>
            </w:tcBorders>
            <w:shd w:val="clear" w:color="auto" w:fill="EDEDED"/>
            <w:tcMar>
              <w:top w:w="80" w:type="dxa"/>
              <w:left w:w="90" w:type="dxa"/>
              <w:bottom w:w="80" w:type="dxa"/>
              <w:right w:w="90" w:type="dxa"/>
            </w:tcMar>
            <w:vAlign w:val="center"/>
          </w:tcPr>
          <w:p w14:paraId="260501FD" w14:textId="77777777" w:rsidR="00BC1FCB" w:rsidRDefault="00BC1FCB" w:rsidP="00BC1FCB">
            <w:pPr>
              <w:spacing w:after="0"/>
            </w:pPr>
            <w:r>
              <w:rPr>
                <w:b/>
                <w:color w:val="262626"/>
              </w:rPr>
              <w:t>University email address</w:t>
            </w:r>
          </w:p>
        </w:tc>
        <w:tc>
          <w:tcPr>
            <w:tcW w:w="6408" w:type="dxa"/>
            <w:tcBorders>
              <w:top w:val="single" w:sz="6" w:space="0" w:color="C8C8C8"/>
              <w:left w:val="single" w:sz="6" w:space="0" w:color="C8C8C8"/>
              <w:bottom w:val="single" w:sz="6" w:space="0" w:color="C8C8C8"/>
              <w:right w:val="single" w:sz="6" w:space="0" w:color="C8C8C8"/>
            </w:tcBorders>
            <w:tcMar>
              <w:top w:w="80" w:type="dxa"/>
              <w:left w:w="90" w:type="dxa"/>
              <w:bottom w:w="80" w:type="dxa"/>
              <w:right w:w="90" w:type="dxa"/>
            </w:tcMar>
            <w:vAlign w:val="center"/>
          </w:tcPr>
          <w:p w14:paraId="292A1271" w14:textId="77777777" w:rsidR="00BC1FCB" w:rsidRDefault="00BC1FCB" w:rsidP="00BC1FCB">
            <w:pPr>
              <w:spacing w:after="0"/>
            </w:pPr>
          </w:p>
        </w:tc>
      </w:tr>
      <w:tr w:rsidR="00BC1FCB" w14:paraId="34E59BF8" w14:textId="77777777">
        <w:trPr>
          <w:jc w:val="center"/>
        </w:trPr>
        <w:tc>
          <w:tcPr>
            <w:tcW w:w="3528" w:type="dxa"/>
            <w:tcBorders>
              <w:top w:val="single" w:sz="6" w:space="0" w:color="C8C8C8"/>
              <w:left w:val="single" w:sz="6" w:space="0" w:color="C8C8C8"/>
              <w:bottom w:val="single" w:sz="6" w:space="0" w:color="C8C8C8"/>
              <w:right w:val="single" w:sz="6" w:space="0" w:color="C8C8C8"/>
            </w:tcBorders>
            <w:shd w:val="clear" w:color="auto" w:fill="EDEDED"/>
            <w:tcMar>
              <w:top w:w="80" w:type="dxa"/>
              <w:left w:w="90" w:type="dxa"/>
              <w:bottom w:w="80" w:type="dxa"/>
              <w:right w:w="90" w:type="dxa"/>
            </w:tcMar>
            <w:vAlign w:val="center"/>
          </w:tcPr>
          <w:p w14:paraId="2ACD0282" w14:textId="77777777" w:rsidR="00BC1FCB" w:rsidRDefault="00BC1FCB" w:rsidP="00BC1FCB">
            <w:pPr>
              <w:spacing w:after="0"/>
            </w:pPr>
            <w:r>
              <w:rPr>
                <w:b/>
                <w:color w:val="262626"/>
              </w:rPr>
              <w:t>Position / course and faculty / department</w:t>
            </w:r>
          </w:p>
        </w:tc>
        <w:tc>
          <w:tcPr>
            <w:tcW w:w="6408" w:type="dxa"/>
            <w:tcBorders>
              <w:top w:val="single" w:sz="6" w:space="0" w:color="C8C8C8"/>
              <w:left w:val="single" w:sz="6" w:space="0" w:color="C8C8C8"/>
              <w:bottom w:val="single" w:sz="6" w:space="0" w:color="C8C8C8"/>
              <w:right w:val="single" w:sz="6" w:space="0" w:color="C8C8C8"/>
            </w:tcBorders>
            <w:tcMar>
              <w:top w:w="80" w:type="dxa"/>
              <w:left w:w="90" w:type="dxa"/>
              <w:bottom w:w="80" w:type="dxa"/>
              <w:right w:w="90" w:type="dxa"/>
            </w:tcMar>
            <w:vAlign w:val="center"/>
          </w:tcPr>
          <w:p w14:paraId="15E608A0" w14:textId="77777777" w:rsidR="00BC1FCB" w:rsidRDefault="00BC1FCB" w:rsidP="00BC1FCB">
            <w:pPr>
              <w:spacing w:after="0"/>
            </w:pPr>
          </w:p>
        </w:tc>
      </w:tr>
      <w:tr w:rsidR="00BC1FCB" w14:paraId="59CE18D8" w14:textId="77777777">
        <w:trPr>
          <w:jc w:val="center"/>
        </w:trPr>
        <w:tc>
          <w:tcPr>
            <w:tcW w:w="3528" w:type="dxa"/>
            <w:tcBorders>
              <w:top w:val="single" w:sz="6" w:space="0" w:color="C8C8C8"/>
              <w:left w:val="single" w:sz="6" w:space="0" w:color="C8C8C8"/>
              <w:bottom w:val="single" w:sz="6" w:space="0" w:color="C8C8C8"/>
              <w:right w:val="single" w:sz="6" w:space="0" w:color="C8C8C8"/>
            </w:tcBorders>
            <w:shd w:val="clear" w:color="auto" w:fill="EDEDED"/>
            <w:tcMar>
              <w:top w:w="80" w:type="dxa"/>
              <w:left w:w="90" w:type="dxa"/>
              <w:bottom w:w="80" w:type="dxa"/>
              <w:right w:w="90" w:type="dxa"/>
            </w:tcMar>
            <w:vAlign w:val="center"/>
          </w:tcPr>
          <w:p w14:paraId="679D5B9F" w14:textId="1986B0E0" w:rsidR="00BC1FCB" w:rsidRDefault="00BC1FCB" w:rsidP="00BC1FCB">
            <w:pPr>
              <w:spacing w:after="0"/>
            </w:pPr>
            <w:r>
              <w:rPr>
                <w:b/>
                <w:color w:val="262626"/>
              </w:rPr>
              <w:t>Employment contract/studentship end date (if applicable)</w:t>
            </w:r>
          </w:p>
        </w:tc>
        <w:tc>
          <w:tcPr>
            <w:tcW w:w="6408" w:type="dxa"/>
            <w:tcBorders>
              <w:top w:val="single" w:sz="6" w:space="0" w:color="C8C8C8"/>
              <w:left w:val="single" w:sz="6" w:space="0" w:color="C8C8C8"/>
              <w:bottom w:val="single" w:sz="6" w:space="0" w:color="C8C8C8"/>
              <w:right w:val="single" w:sz="6" w:space="0" w:color="C8C8C8"/>
            </w:tcBorders>
            <w:tcMar>
              <w:top w:w="80" w:type="dxa"/>
              <w:left w:w="90" w:type="dxa"/>
              <w:bottom w:w="80" w:type="dxa"/>
              <w:right w:w="90" w:type="dxa"/>
            </w:tcMar>
            <w:vAlign w:val="center"/>
          </w:tcPr>
          <w:p w14:paraId="1AD0DD7F" w14:textId="77777777" w:rsidR="00BC1FCB" w:rsidRDefault="00BC1FCB" w:rsidP="00BC1FCB">
            <w:pPr>
              <w:spacing w:after="0"/>
            </w:pPr>
          </w:p>
        </w:tc>
      </w:tr>
      <w:tr w:rsidR="00BC1FCB" w14:paraId="2EB1916A" w14:textId="77777777">
        <w:trPr>
          <w:jc w:val="center"/>
        </w:trPr>
        <w:tc>
          <w:tcPr>
            <w:tcW w:w="3528" w:type="dxa"/>
            <w:tcBorders>
              <w:top w:val="single" w:sz="6" w:space="0" w:color="C8C8C8"/>
              <w:left w:val="single" w:sz="6" w:space="0" w:color="C8C8C8"/>
              <w:bottom w:val="single" w:sz="6" w:space="0" w:color="C8C8C8"/>
              <w:right w:val="single" w:sz="6" w:space="0" w:color="C8C8C8"/>
            </w:tcBorders>
            <w:shd w:val="clear" w:color="auto" w:fill="EDEDED"/>
            <w:tcMar>
              <w:top w:w="80" w:type="dxa"/>
              <w:left w:w="90" w:type="dxa"/>
              <w:bottom w:w="80" w:type="dxa"/>
              <w:right w:w="90" w:type="dxa"/>
            </w:tcMar>
            <w:vAlign w:val="center"/>
          </w:tcPr>
          <w:p w14:paraId="529BE9CA" w14:textId="77777777" w:rsidR="00BC1FCB" w:rsidRDefault="00BC1FCB" w:rsidP="00BC1FCB">
            <w:pPr>
              <w:spacing w:after="0"/>
            </w:pPr>
            <w:r>
              <w:rPr>
                <w:b/>
                <w:color w:val="262626"/>
              </w:rPr>
              <w:t>Proposed project date(s)</w:t>
            </w:r>
          </w:p>
        </w:tc>
        <w:tc>
          <w:tcPr>
            <w:tcW w:w="6408" w:type="dxa"/>
            <w:tcBorders>
              <w:top w:val="single" w:sz="6" w:space="0" w:color="C8C8C8"/>
              <w:left w:val="single" w:sz="6" w:space="0" w:color="C8C8C8"/>
              <w:bottom w:val="single" w:sz="6" w:space="0" w:color="C8C8C8"/>
              <w:right w:val="single" w:sz="6" w:space="0" w:color="C8C8C8"/>
            </w:tcBorders>
            <w:tcMar>
              <w:top w:w="80" w:type="dxa"/>
              <w:left w:w="90" w:type="dxa"/>
              <w:bottom w:w="80" w:type="dxa"/>
              <w:right w:w="90" w:type="dxa"/>
            </w:tcMar>
            <w:vAlign w:val="center"/>
          </w:tcPr>
          <w:p w14:paraId="4264C39F" w14:textId="77777777" w:rsidR="00BC1FCB" w:rsidRDefault="00BC1FCB" w:rsidP="00BC1FCB">
            <w:pPr>
              <w:spacing w:after="0"/>
            </w:pPr>
          </w:p>
        </w:tc>
      </w:tr>
      <w:tr w:rsidR="00BC1FCB" w14:paraId="2624B548" w14:textId="77777777">
        <w:trPr>
          <w:jc w:val="center"/>
        </w:trPr>
        <w:tc>
          <w:tcPr>
            <w:tcW w:w="3528" w:type="dxa"/>
            <w:tcBorders>
              <w:top w:val="single" w:sz="6" w:space="0" w:color="C8C8C8"/>
              <w:left w:val="single" w:sz="6" w:space="0" w:color="C8C8C8"/>
              <w:bottom w:val="single" w:sz="6" w:space="0" w:color="C8C8C8"/>
              <w:right w:val="single" w:sz="6" w:space="0" w:color="C8C8C8"/>
            </w:tcBorders>
            <w:shd w:val="clear" w:color="auto" w:fill="EDEDED"/>
            <w:tcMar>
              <w:top w:w="80" w:type="dxa"/>
              <w:left w:w="90" w:type="dxa"/>
              <w:bottom w:w="80" w:type="dxa"/>
              <w:right w:w="90" w:type="dxa"/>
            </w:tcMar>
            <w:vAlign w:val="center"/>
          </w:tcPr>
          <w:p w14:paraId="6D246380" w14:textId="77777777" w:rsidR="00BC1FCB" w:rsidRDefault="00BC1FCB" w:rsidP="00BC1FCB">
            <w:pPr>
              <w:spacing w:after="0"/>
            </w:pPr>
            <w:r>
              <w:rPr>
                <w:b/>
                <w:color w:val="262626"/>
              </w:rPr>
              <w:t>Proposed location(s)</w:t>
            </w:r>
          </w:p>
        </w:tc>
        <w:tc>
          <w:tcPr>
            <w:tcW w:w="6408" w:type="dxa"/>
            <w:tcBorders>
              <w:top w:val="single" w:sz="6" w:space="0" w:color="C8C8C8"/>
              <w:left w:val="single" w:sz="6" w:space="0" w:color="C8C8C8"/>
              <w:bottom w:val="single" w:sz="6" w:space="0" w:color="C8C8C8"/>
              <w:right w:val="single" w:sz="6" w:space="0" w:color="C8C8C8"/>
            </w:tcBorders>
            <w:tcMar>
              <w:top w:w="80" w:type="dxa"/>
              <w:left w:w="90" w:type="dxa"/>
              <w:bottom w:w="80" w:type="dxa"/>
              <w:right w:w="90" w:type="dxa"/>
            </w:tcMar>
            <w:vAlign w:val="center"/>
          </w:tcPr>
          <w:p w14:paraId="280A1718" w14:textId="77777777" w:rsidR="00BC1FCB" w:rsidRDefault="00BC1FCB" w:rsidP="00BC1FCB">
            <w:pPr>
              <w:spacing w:after="0"/>
            </w:pPr>
          </w:p>
        </w:tc>
      </w:tr>
      <w:tr w:rsidR="00BC1FCB" w14:paraId="4577192B" w14:textId="77777777">
        <w:trPr>
          <w:jc w:val="center"/>
        </w:trPr>
        <w:tc>
          <w:tcPr>
            <w:tcW w:w="3528" w:type="dxa"/>
            <w:tcBorders>
              <w:top w:val="single" w:sz="6" w:space="0" w:color="C8C8C8"/>
              <w:left w:val="single" w:sz="6" w:space="0" w:color="C8C8C8"/>
              <w:bottom w:val="single" w:sz="6" w:space="0" w:color="C8C8C8"/>
              <w:right w:val="single" w:sz="6" w:space="0" w:color="C8C8C8"/>
            </w:tcBorders>
            <w:shd w:val="clear" w:color="auto" w:fill="EDEDED"/>
            <w:tcMar>
              <w:top w:w="80" w:type="dxa"/>
              <w:left w:w="90" w:type="dxa"/>
              <w:bottom w:w="80" w:type="dxa"/>
              <w:right w:w="90" w:type="dxa"/>
            </w:tcMar>
            <w:vAlign w:val="center"/>
          </w:tcPr>
          <w:p w14:paraId="10E415E4" w14:textId="77777777" w:rsidR="00BC1FCB" w:rsidRDefault="00BC1FCB" w:rsidP="00BC1FCB">
            <w:pPr>
              <w:spacing w:after="0"/>
            </w:pPr>
            <w:r>
              <w:rPr>
                <w:b/>
                <w:color w:val="262626"/>
              </w:rPr>
              <w:t>External partner(s), if any</w:t>
            </w:r>
          </w:p>
        </w:tc>
        <w:tc>
          <w:tcPr>
            <w:tcW w:w="6408" w:type="dxa"/>
            <w:tcBorders>
              <w:top w:val="single" w:sz="6" w:space="0" w:color="C8C8C8"/>
              <w:left w:val="single" w:sz="6" w:space="0" w:color="C8C8C8"/>
              <w:bottom w:val="single" w:sz="6" w:space="0" w:color="C8C8C8"/>
              <w:right w:val="single" w:sz="6" w:space="0" w:color="C8C8C8"/>
            </w:tcBorders>
            <w:tcMar>
              <w:top w:w="80" w:type="dxa"/>
              <w:left w:w="90" w:type="dxa"/>
              <w:bottom w:w="80" w:type="dxa"/>
              <w:right w:w="90" w:type="dxa"/>
            </w:tcMar>
            <w:vAlign w:val="center"/>
          </w:tcPr>
          <w:p w14:paraId="192898B5" w14:textId="77777777" w:rsidR="00BC1FCB" w:rsidRDefault="00BC1FCB" w:rsidP="00BC1FCB">
            <w:pPr>
              <w:spacing w:after="0"/>
            </w:pPr>
          </w:p>
        </w:tc>
      </w:tr>
    </w:tbl>
    <w:p w14:paraId="19C5B180" w14:textId="77777777" w:rsidR="000D4023" w:rsidRDefault="000D4023">
      <w:pPr>
        <w:spacing w:after="0"/>
      </w:pPr>
    </w:p>
    <w:p w14:paraId="50374B39" w14:textId="77777777" w:rsidR="00835657" w:rsidRDefault="00835657"/>
    <w:p w14:paraId="06F98E12" w14:textId="77777777" w:rsidR="00070324" w:rsidRDefault="00070324"/>
    <w:p w14:paraId="6433A43E" w14:textId="77777777" w:rsidR="00070324" w:rsidRDefault="00070324"/>
    <w:p w14:paraId="65DE0548" w14:textId="77777777" w:rsidR="00070324" w:rsidRDefault="00070324"/>
    <w:p w14:paraId="16515D0D" w14:textId="77777777" w:rsidR="00070324" w:rsidRDefault="00070324"/>
    <w:p w14:paraId="1861B483" w14:textId="77777777" w:rsidR="00070324" w:rsidRDefault="00070324"/>
    <w:tbl>
      <w:tblPr>
        <w:tblW w:w="0" w:type="auto"/>
        <w:jc w:val="center"/>
        <w:tblLayout w:type="fixed"/>
        <w:tblLook w:val="04A0" w:firstRow="1" w:lastRow="0" w:firstColumn="1" w:lastColumn="0" w:noHBand="0" w:noVBand="1"/>
      </w:tblPr>
      <w:tblGrid>
        <w:gridCol w:w="10224"/>
      </w:tblGrid>
      <w:tr w:rsidR="000D4023" w14:paraId="630EF1F1" w14:textId="77777777" w:rsidTr="00AB487D">
        <w:trPr>
          <w:jc w:val="center"/>
        </w:trPr>
        <w:tc>
          <w:tcPr>
            <w:tcW w:w="10224" w:type="dxa"/>
            <w:tcBorders>
              <w:top w:val="nil"/>
              <w:left w:val="nil"/>
              <w:bottom w:val="nil"/>
              <w:right w:val="nil"/>
            </w:tcBorders>
            <w:shd w:val="clear" w:color="auto" w:fill="C6D9F1" w:themeFill="text2" w:themeFillTint="33"/>
            <w:tcMar>
              <w:top w:w="80" w:type="dxa"/>
              <w:left w:w="90" w:type="dxa"/>
              <w:bottom w:w="80" w:type="dxa"/>
              <w:right w:w="90" w:type="dxa"/>
            </w:tcMar>
            <w:vAlign w:val="center"/>
          </w:tcPr>
          <w:p w14:paraId="744DADBC" w14:textId="77777777" w:rsidR="00835657" w:rsidRDefault="00000000">
            <w:pPr>
              <w:spacing w:after="0"/>
            </w:pPr>
            <w:r>
              <w:rPr>
                <w:b/>
                <w:sz w:val="23"/>
              </w:rPr>
              <w:t>2. Project idea, research and cultural proposition</w:t>
            </w:r>
          </w:p>
        </w:tc>
      </w:tr>
    </w:tbl>
    <w:p w14:paraId="4F6492ED" w14:textId="77777777" w:rsidR="000D4023" w:rsidRDefault="000D4023">
      <w:pPr>
        <w:spacing w:after="0"/>
      </w:pPr>
    </w:p>
    <w:tbl>
      <w:tblPr>
        <w:tblW w:w="0" w:type="auto"/>
        <w:jc w:val="center"/>
        <w:tblLayout w:type="fixed"/>
        <w:tblLook w:val="04A0" w:firstRow="1" w:lastRow="0" w:firstColumn="1" w:lastColumn="0" w:noHBand="0" w:noVBand="1"/>
      </w:tblPr>
      <w:tblGrid>
        <w:gridCol w:w="10224"/>
      </w:tblGrid>
      <w:tr w:rsidR="000D4023" w14:paraId="2D76922E" w14:textId="77777777">
        <w:trPr>
          <w:cantSplit/>
          <w:jc w:val="center"/>
        </w:trPr>
        <w:tc>
          <w:tcPr>
            <w:tcW w:w="10224" w:type="dxa"/>
            <w:tcBorders>
              <w:top w:val="nil"/>
              <w:left w:val="nil"/>
              <w:bottom w:val="nil"/>
              <w:right w:val="nil"/>
            </w:tcBorders>
            <w:shd w:val="clear" w:color="auto" w:fill="EDEDED"/>
            <w:tcMar>
              <w:top w:w="80" w:type="dxa"/>
              <w:left w:w="90" w:type="dxa"/>
              <w:bottom w:w="80" w:type="dxa"/>
              <w:right w:w="90" w:type="dxa"/>
            </w:tcMar>
            <w:vAlign w:val="center"/>
          </w:tcPr>
          <w:p w14:paraId="606568E9" w14:textId="77777777" w:rsidR="00835657" w:rsidRDefault="00000000">
            <w:pPr>
              <w:spacing w:before="120" w:after="0"/>
            </w:pPr>
            <w:r>
              <w:rPr>
                <w:b/>
              </w:rPr>
              <w:t xml:space="preserve">Project idea and proposition: </w:t>
            </w:r>
            <w:r>
              <w:t>What do you propose to explore, develop or present? Why does it matter? What Oxford research informs it, and what is the value of bringing that research into a cultural context? Describe the proposed cultural work, what is distinctive about it, and, where relevant, how it could develop over time.</w:t>
            </w:r>
          </w:p>
        </w:tc>
      </w:tr>
      <w:tr w:rsidR="000D4023" w14:paraId="45236BF7" w14:textId="77777777">
        <w:trPr>
          <w:jc w:val="center"/>
        </w:trPr>
        <w:tc>
          <w:tcPr>
            <w:tcW w:w="10224" w:type="dxa"/>
            <w:tcBorders>
              <w:top w:val="single" w:sz="4" w:space="0" w:color="D9DDE2"/>
              <w:left w:val="single" w:sz="4" w:space="0" w:color="D9DDE2"/>
              <w:bottom w:val="single" w:sz="4" w:space="0" w:color="D9DDE2"/>
              <w:right w:val="single" w:sz="4" w:space="0" w:color="D9DDE2"/>
            </w:tcBorders>
            <w:shd w:val="clear" w:color="auto" w:fill="F7F8F9"/>
            <w:tcMar>
              <w:top w:w="80" w:type="dxa"/>
              <w:left w:w="90" w:type="dxa"/>
              <w:bottom w:w="80" w:type="dxa"/>
              <w:right w:w="90" w:type="dxa"/>
            </w:tcMar>
            <w:vAlign w:val="center"/>
          </w:tcPr>
          <w:p w14:paraId="38D2B8E4" w14:textId="77777777" w:rsidR="000D4023" w:rsidRDefault="000D4023">
            <w:pPr>
              <w:spacing w:after="0" w:line="240" w:lineRule="auto"/>
            </w:pPr>
          </w:p>
          <w:p w14:paraId="070BD5ED" w14:textId="77777777" w:rsidR="00AB487D" w:rsidRDefault="00AB487D">
            <w:pPr>
              <w:spacing w:after="0" w:line="240" w:lineRule="auto"/>
            </w:pPr>
          </w:p>
          <w:p w14:paraId="6C1AA96E" w14:textId="77777777" w:rsidR="00AB487D" w:rsidRDefault="00AB487D">
            <w:pPr>
              <w:spacing w:after="0" w:line="240" w:lineRule="auto"/>
            </w:pPr>
          </w:p>
          <w:p w14:paraId="55E2D3FA" w14:textId="77777777" w:rsidR="00AB487D" w:rsidRDefault="00AB487D">
            <w:pPr>
              <w:spacing w:after="0" w:line="240" w:lineRule="auto"/>
            </w:pPr>
          </w:p>
          <w:p w14:paraId="0DCC9A4F" w14:textId="77777777" w:rsidR="00AB487D" w:rsidRDefault="00AB487D">
            <w:pPr>
              <w:spacing w:after="0" w:line="240" w:lineRule="auto"/>
            </w:pPr>
          </w:p>
          <w:p w14:paraId="6379DD5E" w14:textId="77777777" w:rsidR="00BC1FCB" w:rsidRDefault="00BC1FCB">
            <w:pPr>
              <w:spacing w:after="0" w:line="240" w:lineRule="auto"/>
            </w:pPr>
          </w:p>
          <w:p w14:paraId="6C5AF067" w14:textId="77777777" w:rsidR="00BC1FCB" w:rsidRDefault="00BC1FCB">
            <w:pPr>
              <w:spacing w:after="0" w:line="240" w:lineRule="auto"/>
            </w:pPr>
          </w:p>
          <w:p w14:paraId="723637C4" w14:textId="77777777" w:rsidR="00BC1FCB" w:rsidRDefault="00BC1FCB">
            <w:pPr>
              <w:spacing w:after="0" w:line="240" w:lineRule="auto"/>
            </w:pPr>
          </w:p>
          <w:p w14:paraId="7EE6E39D" w14:textId="77777777" w:rsidR="00BC1FCB" w:rsidRDefault="00BC1FCB">
            <w:pPr>
              <w:spacing w:after="0" w:line="240" w:lineRule="auto"/>
            </w:pPr>
          </w:p>
          <w:p w14:paraId="56AC39B5" w14:textId="77777777" w:rsidR="00BC1FCB" w:rsidRDefault="00BC1FCB">
            <w:pPr>
              <w:spacing w:after="0" w:line="240" w:lineRule="auto"/>
            </w:pPr>
          </w:p>
          <w:p w14:paraId="20CD5BD3" w14:textId="77777777" w:rsidR="00BC1FCB" w:rsidRDefault="00BC1FCB">
            <w:pPr>
              <w:spacing w:after="0" w:line="240" w:lineRule="auto"/>
            </w:pPr>
          </w:p>
          <w:p w14:paraId="54F6104B" w14:textId="77777777" w:rsidR="00BC1FCB" w:rsidRDefault="00BC1FCB">
            <w:pPr>
              <w:spacing w:after="0" w:line="240" w:lineRule="auto"/>
            </w:pPr>
          </w:p>
          <w:p w14:paraId="5429208B" w14:textId="77777777" w:rsidR="00BC1FCB" w:rsidRDefault="00BC1FCB">
            <w:pPr>
              <w:spacing w:after="0" w:line="240" w:lineRule="auto"/>
            </w:pPr>
          </w:p>
          <w:p w14:paraId="479E04B5" w14:textId="77777777" w:rsidR="00BC1FCB" w:rsidRDefault="00BC1FCB">
            <w:pPr>
              <w:spacing w:after="0" w:line="240" w:lineRule="auto"/>
            </w:pPr>
          </w:p>
          <w:p w14:paraId="46ACFD03" w14:textId="77777777" w:rsidR="00BC1FCB" w:rsidRDefault="00BC1FCB">
            <w:pPr>
              <w:spacing w:after="0" w:line="240" w:lineRule="auto"/>
            </w:pPr>
          </w:p>
          <w:p w14:paraId="61362E21" w14:textId="77777777" w:rsidR="00BC1FCB" w:rsidRDefault="00BC1FCB">
            <w:pPr>
              <w:spacing w:after="0" w:line="240" w:lineRule="auto"/>
            </w:pPr>
          </w:p>
          <w:p w14:paraId="3D4D90C5" w14:textId="77777777" w:rsidR="00BC1FCB" w:rsidRDefault="00BC1FCB">
            <w:pPr>
              <w:spacing w:after="0" w:line="240" w:lineRule="auto"/>
            </w:pPr>
          </w:p>
          <w:p w14:paraId="18B9FB7E" w14:textId="77777777" w:rsidR="00BC1FCB" w:rsidRDefault="00BC1FCB">
            <w:pPr>
              <w:spacing w:after="0" w:line="240" w:lineRule="auto"/>
            </w:pPr>
          </w:p>
          <w:p w14:paraId="79EAF0C3" w14:textId="77777777" w:rsidR="00BC1FCB" w:rsidRDefault="00BC1FCB">
            <w:pPr>
              <w:spacing w:after="0" w:line="240" w:lineRule="auto"/>
            </w:pPr>
          </w:p>
        </w:tc>
      </w:tr>
    </w:tbl>
    <w:p w14:paraId="7AF1B79F" w14:textId="77777777" w:rsidR="000D4023" w:rsidRDefault="000D4023"/>
    <w:tbl>
      <w:tblPr>
        <w:tblW w:w="0" w:type="auto"/>
        <w:jc w:val="center"/>
        <w:tblLayout w:type="fixed"/>
        <w:tblLook w:val="04A0" w:firstRow="1" w:lastRow="0" w:firstColumn="1" w:lastColumn="0" w:noHBand="0" w:noVBand="1"/>
      </w:tblPr>
      <w:tblGrid>
        <w:gridCol w:w="10224"/>
      </w:tblGrid>
      <w:tr w:rsidR="000D4023" w14:paraId="02E14D13" w14:textId="77777777" w:rsidTr="00AB487D">
        <w:trPr>
          <w:trHeight w:val="489"/>
          <w:jc w:val="center"/>
        </w:trPr>
        <w:tc>
          <w:tcPr>
            <w:tcW w:w="10224" w:type="dxa"/>
            <w:tcBorders>
              <w:top w:val="nil"/>
              <w:left w:val="nil"/>
              <w:bottom w:val="nil"/>
              <w:right w:val="nil"/>
            </w:tcBorders>
            <w:shd w:val="clear" w:color="auto" w:fill="C6D9F1" w:themeFill="text2" w:themeFillTint="33"/>
            <w:tcMar>
              <w:top w:w="80" w:type="dxa"/>
              <w:left w:w="90" w:type="dxa"/>
              <w:bottom w:w="80" w:type="dxa"/>
              <w:right w:w="90" w:type="dxa"/>
            </w:tcMar>
            <w:vAlign w:val="center"/>
          </w:tcPr>
          <w:p w14:paraId="261E4740" w14:textId="77777777" w:rsidR="00835657" w:rsidRDefault="00000000">
            <w:pPr>
              <w:spacing w:after="0"/>
            </w:pPr>
            <w:r>
              <w:rPr>
                <w:b/>
              </w:rPr>
              <w:t>3. Artists, practitioners and cultural partners</w:t>
            </w:r>
          </w:p>
          <w:p w14:paraId="72A018B8" w14:textId="6B0A3383" w:rsidR="00835657" w:rsidRDefault="00000000">
            <w:pPr>
              <w:spacing w:after="0"/>
            </w:pPr>
            <w:r>
              <w:t xml:space="preserve">Please provide information below </w:t>
            </w:r>
            <w:r w:rsidR="00BC1FCB">
              <w:t>about the</w:t>
            </w:r>
            <w:r>
              <w:t xml:space="preserve"> key artist</w:t>
            </w:r>
            <w:r w:rsidR="00BC1FCB">
              <w:t>(s)</w:t>
            </w:r>
            <w:r>
              <w:t>, practitioner</w:t>
            </w:r>
            <w:r w:rsidR="00BC1FCB">
              <w:t>(s)</w:t>
            </w:r>
            <w:r>
              <w:t xml:space="preserve">, cultural </w:t>
            </w:r>
            <w:proofErr w:type="spellStart"/>
            <w:r w:rsidR="00BC1FCB">
              <w:t>organisation</w:t>
            </w:r>
            <w:proofErr w:type="spellEnd"/>
            <w:r w:rsidR="00BC1FCB">
              <w:t>(s)</w:t>
            </w:r>
            <w:r>
              <w:t xml:space="preserve"> or other creative partner</w:t>
            </w:r>
            <w:r w:rsidR="00BC1FCB">
              <w:t>s</w:t>
            </w:r>
            <w:r>
              <w:t xml:space="preserve"> involved or proposed.</w:t>
            </w:r>
          </w:p>
        </w:tc>
      </w:tr>
    </w:tbl>
    <w:p w14:paraId="1856798B" w14:textId="77777777" w:rsidR="000D4023" w:rsidRDefault="000D4023">
      <w:pPr>
        <w:spacing w:after="0"/>
      </w:pPr>
    </w:p>
    <w:tbl>
      <w:tblPr>
        <w:tblW w:w="0" w:type="auto"/>
        <w:jc w:val="center"/>
        <w:tblLayout w:type="fixed"/>
        <w:tblLook w:val="04A0" w:firstRow="1" w:lastRow="0" w:firstColumn="1" w:lastColumn="0" w:noHBand="0" w:noVBand="1"/>
      </w:tblPr>
      <w:tblGrid>
        <w:gridCol w:w="10224"/>
      </w:tblGrid>
      <w:tr w:rsidR="000D4023" w14:paraId="2B259F50" w14:textId="77777777">
        <w:trPr>
          <w:cantSplit/>
          <w:jc w:val="center"/>
        </w:trPr>
        <w:tc>
          <w:tcPr>
            <w:tcW w:w="10224" w:type="dxa"/>
            <w:tcBorders>
              <w:top w:val="nil"/>
              <w:left w:val="nil"/>
              <w:bottom w:val="nil"/>
              <w:right w:val="nil"/>
            </w:tcBorders>
            <w:shd w:val="clear" w:color="auto" w:fill="EDEDED"/>
            <w:tcMar>
              <w:top w:w="80" w:type="dxa"/>
              <w:left w:w="90" w:type="dxa"/>
              <w:bottom w:w="80" w:type="dxa"/>
              <w:right w:w="90" w:type="dxa"/>
            </w:tcMar>
            <w:vAlign w:val="center"/>
          </w:tcPr>
          <w:p w14:paraId="48818059" w14:textId="77777777" w:rsidR="00835657" w:rsidRDefault="00000000">
            <w:pPr>
              <w:spacing w:before="120" w:after="0"/>
            </w:pPr>
            <w:r>
              <w:rPr>
                <w:b/>
              </w:rPr>
              <w:t xml:space="preserve">Partners and collaborators: </w:t>
            </w:r>
            <w:r>
              <w:t>Who are you proposing to work with, what will they contribute, and what is the current status of each partnership (agreed / in discussion / proposed)?</w:t>
            </w:r>
          </w:p>
        </w:tc>
      </w:tr>
      <w:tr w:rsidR="000D4023" w14:paraId="6A6D4A05" w14:textId="77777777">
        <w:trPr>
          <w:jc w:val="center"/>
        </w:trPr>
        <w:tc>
          <w:tcPr>
            <w:tcW w:w="10224" w:type="dxa"/>
            <w:tcBorders>
              <w:top w:val="single" w:sz="4" w:space="0" w:color="D9DDE2"/>
              <w:left w:val="single" w:sz="4" w:space="0" w:color="D9DDE2"/>
              <w:bottom w:val="single" w:sz="4" w:space="0" w:color="D9DDE2"/>
              <w:right w:val="single" w:sz="4" w:space="0" w:color="D9DDE2"/>
            </w:tcBorders>
            <w:shd w:val="clear" w:color="auto" w:fill="F7F8F9"/>
            <w:tcMar>
              <w:top w:w="80" w:type="dxa"/>
              <w:left w:w="90" w:type="dxa"/>
              <w:bottom w:w="80" w:type="dxa"/>
              <w:right w:w="90" w:type="dxa"/>
            </w:tcMar>
            <w:vAlign w:val="center"/>
          </w:tcPr>
          <w:p w14:paraId="53E1600A" w14:textId="77777777" w:rsidR="000D4023" w:rsidRDefault="000D4023">
            <w:pPr>
              <w:spacing w:after="0" w:line="240" w:lineRule="auto"/>
            </w:pPr>
          </w:p>
          <w:p w14:paraId="700F2C3F" w14:textId="77777777" w:rsidR="00070324" w:rsidRDefault="00070324">
            <w:pPr>
              <w:spacing w:after="0" w:line="240" w:lineRule="auto"/>
            </w:pPr>
          </w:p>
          <w:p w14:paraId="4A5D1D5C" w14:textId="77777777" w:rsidR="00070324" w:rsidRDefault="00070324">
            <w:pPr>
              <w:spacing w:after="0" w:line="240" w:lineRule="auto"/>
            </w:pPr>
          </w:p>
          <w:p w14:paraId="6F76C063" w14:textId="77777777" w:rsidR="00070324" w:rsidRDefault="00070324">
            <w:pPr>
              <w:spacing w:after="0" w:line="240" w:lineRule="auto"/>
            </w:pPr>
          </w:p>
          <w:p w14:paraId="5D5D96C1" w14:textId="77777777" w:rsidR="00070324" w:rsidRDefault="00070324">
            <w:pPr>
              <w:spacing w:after="0" w:line="240" w:lineRule="auto"/>
            </w:pPr>
          </w:p>
        </w:tc>
      </w:tr>
      <w:tr w:rsidR="000D4023" w14:paraId="6C1D8C98" w14:textId="77777777">
        <w:trPr>
          <w:cantSplit/>
          <w:jc w:val="center"/>
        </w:trPr>
        <w:tc>
          <w:tcPr>
            <w:tcW w:w="10224" w:type="dxa"/>
            <w:tcBorders>
              <w:top w:val="nil"/>
              <w:left w:val="nil"/>
              <w:bottom w:val="nil"/>
              <w:right w:val="nil"/>
            </w:tcBorders>
            <w:shd w:val="clear" w:color="auto" w:fill="EDEDED"/>
            <w:tcMar>
              <w:top w:w="80" w:type="dxa"/>
              <w:left w:w="90" w:type="dxa"/>
              <w:bottom w:w="80" w:type="dxa"/>
              <w:right w:w="90" w:type="dxa"/>
            </w:tcMar>
            <w:vAlign w:val="center"/>
          </w:tcPr>
          <w:p w14:paraId="7DBD8ED5" w14:textId="77777777" w:rsidR="00835657" w:rsidRDefault="00000000">
            <w:pPr>
              <w:spacing w:after="0"/>
            </w:pPr>
            <w:r>
              <w:rPr>
                <w:b/>
              </w:rPr>
              <w:t xml:space="preserve">How were partners/artists selected? </w:t>
            </w:r>
            <w:r>
              <w:t>Please explain how each artist or partner is known to you or the wider project team, how they were identified or selected, and why they are particularly well suited to this proposal. Include links to previous work where relevant.</w:t>
            </w:r>
          </w:p>
        </w:tc>
      </w:tr>
      <w:tr w:rsidR="000D4023" w14:paraId="6228AF91" w14:textId="77777777">
        <w:trPr>
          <w:jc w:val="center"/>
        </w:trPr>
        <w:tc>
          <w:tcPr>
            <w:tcW w:w="10224" w:type="dxa"/>
            <w:tcBorders>
              <w:top w:val="single" w:sz="4" w:space="0" w:color="D9DDE2"/>
              <w:left w:val="single" w:sz="4" w:space="0" w:color="D9DDE2"/>
              <w:bottom w:val="single" w:sz="4" w:space="0" w:color="D9DDE2"/>
              <w:right w:val="single" w:sz="4" w:space="0" w:color="D9DDE2"/>
            </w:tcBorders>
            <w:shd w:val="clear" w:color="auto" w:fill="F7F8F9"/>
            <w:tcMar>
              <w:top w:w="80" w:type="dxa"/>
              <w:left w:w="90" w:type="dxa"/>
              <w:bottom w:w="80" w:type="dxa"/>
              <w:right w:w="90" w:type="dxa"/>
            </w:tcMar>
            <w:vAlign w:val="center"/>
          </w:tcPr>
          <w:p w14:paraId="44A78FCA" w14:textId="77777777" w:rsidR="000D4023" w:rsidRDefault="000D4023">
            <w:pPr>
              <w:spacing w:after="0" w:line="240" w:lineRule="auto"/>
            </w:pPr>
          </w:p>
          <w:p w14:paraId="6B4419DD" w14:textId="77777777" w:rsidR="00AB487D" w:rsidRDefault="00AB487D">
            <w:pPr>
              <w:spacing w:after="0" w:line="240" w:lineRule="auto"/>
            </w:pPr>
          </w:p>
          <w:p w14:paraId="2EA11930" w14:textId="77777777" w:rsidR="00AB487D" w:rsidRDefault="00AB487D">
            <w:pPr>
              <w:spacing w:after="0" w:line="240" w:lineRule="auto"/>
            </w:pPr>
          </w:p>
          <w:p w14:paraId="75502179" w14:textId="77777777" w:rsidR="00AB487D" w:rsidRDefault="00AB487D">
            <w:pPr>
              <w:spacing w:after="0" w:line="240" w:lineRule="auto"/>
            </w:pPr>
          </w:p>
          <w:p w14:paraId="1E211366" w14:textId="77777777" w:rsidR="00AB487D" w:rsidRDefault="00AB487D">
            <w:pPr>
              <w:spacing w:after="0" w:line="240" w:lineRule="auto"/>
            </w:pPr>
          </w:p>
          <w:p w14:paraId="5D3F583B" w14:textId="77777777" w:rsidR="00AB487D" w:rsidRDefault="00AB487D">
            <w:pPr>
              <w:spacing w:after="0" w:line="240" w:lineRule="auto"/>
            </w:pPr>
          </w:p>
        </w:tc>
      </w:tr>
    </w:tbl>
    <w:p w14:paraId="4DE4293D" w14:textId="77777777" w:rsidR="000D4023" w:rsidRDefault="000D4023"/>
    <w:tbl>
      <w:tblPr>
        <w:tblW w:w="0" w:type="auto"/>
        <w:jc w:val="center"/>
        <w:tblLayout w:type="fixed"/>
        <w:tblLook w:val="04A0" w:firstRow="1" w:lastRow="0" w:firstColumn="1" w:lastColumn="0" w:noHBand="0" w:noVBand="1"/>
      </w:tblPr>
      <w:tblGrid>
        <w:gridCol w:w="10224"/>
      </w:tblGrid>
      <w:tr w:rsidR="000D4023" w14:paraId="66F38AFF" w14:textId="77777777">
        <w:trPr>
          <w:cantSplit/>
          <w:jc w:val="center"/>
        </w:trPr>
        <w:tc>
          <w:tcPr>
            <w:tcW w:w="10224" w:type="dxa"/>
            <w:tcBorders>
              <w:top w:val="nil"/>
              <w:left w:val="nil"/>
              <w:bottom w:val="nil"/>
              <w:right w:val="nil"/>
            </w:tcBorders>
            <w:shd w:val="clear" w:color="auto" w:fill="EDEDED"/>
            <w:tcMar>
              <w:top w:w="80" w:type="dxa"/>
              <w:left w:w="90" w:type="dxa"/>
              <w:bottom w:w="80" w:type="dxa"/>
              <w:right w:w="90" w:type="dxa"/>
            </w:tcMar>
            <w:vAlign w:val="center"/>
          </w:tcPr>
          <w:p w14:paraId="450EE1A7" w14:textId="77777777" w:rsidR="00835657" w:rsidRDefault="00000000">
            <w:pPr>
              <w:spacing w:after="0"/>
            </w:pPr>
            <w:r>
              <w:rPr>
                <w:b/>
              </w:rPr>
              <w:t xml:space="preserve">Conflicts of interest and support: </w:t>
            </w:r>
            <w:r>
              <w:t>Please declare any relevant conflicts of interest and identify any financial or in-kind support already secured or under discussion.</w:t>
            </w:r>
          </w:p>
        </w:tc>
      </w:tr>
      <w:tr w:rsidR="000D4023" w14:paraId="2E7206F4" w14:textId="77777777">
        <w:trPr>
          <w:jc w:val="center"/>
        </w:trPr>
        <w:tc>
          <w:tcPr>
            <w:tcW w:w="10224" w:type="dxa"/>
            <w:tcBorders>
              <w:top w:val="single" w:sz="4" w:space="0" w:color="D9DDE2"/>
              <w:left w:val="single" w:sz="4" w:space="0" w:color="D9DDE2"/>
              <w:bottom w:val="single" w:sz="4" w:space="0" w:color="D9DDE2"/>
              <w:right w:val="single" w:sz="4" w:space="0" w:color="D9DDE2"/>
            </w:tcBorders>
            <w:shd w:val="clear" w:color="auto" w:fill="F7F8F9"/>
            <w:tcMar>
              <w:top w:w="80" w:type="dxa"/>
              <w:left w:w="90" w:type="dxa"/>
              <w:bottom w:w="80" w:type="dxa"/>
              <w:right w:w="90" w:type="dxa"/>
            </w:tcMar>
            <w:vAlign w:val="center"/>
          </w:tcPr>
          <w:p w14:paraId="6C75C1E2" w14:textId="77777777" w:rsidR="000D4023" w:rsidRDefault="000D4023">
            <w:pPr>
              <w:spacing w:after="0" w:line="240" w:lineRule="auto"/>
            </w:pPr>
          </w:p>
          <w:p w14:paraId="0247A7AA" w14:textId="77777777" w:rsidR="00070324" w:rsidRDefault="00070324">
            <w:pPr>
              <w:spacing w:after="0" w:line="240" w:lineRule="auto"/>
            </w:pPr>
          </w:p>
          <w:p w14:paraId="69552851" w14:textId="77777777" w:rsidR="00070324" w:rsidRDefault="00070324">
            <w:pPr>
              <w:spacing w:after="0" w:line="240" w:lineRule="auto"/>
            </w:pPr>
          </w:p>
          <w:p w14:paraId="18223992" w14:textId="77777777" w:rsidR="00070324" w:rsidRDefault="00070324">
            <w:pPr>
              <w:spacing w:after="0" w:line="240" w:lineRule="auto"/>
            </w:pPr>
          </w:p>
          <w:p w14:paraId="56711791" w14:textId="77777777" w:rsidR="00070324" w:rsidRDefault="00070324">
            <w:pPr>
              <w:spacing w:after="0" w:line="240" w:lineRule="auto"/>
            </w:pPr>
          </w:p>
          <w:p w14:paraId="282855D8" w14:textId="77777777" w:rsidR="00070324" w:rsidRDefault="00070324">
            <w:pPr>
              <w:spacing w:after="0" w:line="240" w:lineRule="auto"/>
            </w:pPr>
          </w:p>
        </w:tc>
      </w:tr>
      <w:tr w:rsidR="000D4023" w14:paraId="6DA767B0" w14:textId="77777777" w:rsidTr="00AB487D">
        <w:trPr>
          <w:jc w:val="center"/>
        </w:trPr>
        <w:tc>
          <w:tcPr>
            <w:tcW w:w="10224" w:type="dxa"/>
            <w:tcBorders>
              <w:top w:val="nil"/>
              <w:left w:val="nil"/>
              <w:bottom w:val="nil"/>
              <w:right w:val="nil"/>
            </w:tcBorders>
            <w:shd w:val="clear" w:color="auto" w:fill="C6D9F1" w:themeFill="text2" w:themeFillTint="33"/>
            <w:tcMar>
              <w:top w:w="80" w:type="dxa"/>
              <w:left w:w="90" w:type="dxa"/>
              <w:bottom w:w="80" w:type="dxa"/>
              <w:right w:w="90" w:type="dxa"/>
            </w:tcMar>
            <w:vAlign w:val="center"/>
          </w:tcPr>
          <w:p w14:paraId="67817D0E" w14:textId="77777777" w:rsidR="000D4023" w:rsidRDefault="00000000">
            <w:pPr>
              <w:spacing w:after="0" w:line="240" w:lineRule="auto"/>
            </w:pPr>
            <w:r>
              <w:rPr>
                <w:b/>
                <w:color w:val="262626"/>
                <w:sz w:val="23"/>
              </w:rPr>
              <w:t>4. Outputs, audiences and public engagement</w:t>
            </w:r>
          </w:p>
        </w:tc>
      </w:tr>
    </w:tbl>
    <w:p w14:paraId="4A41B077" w14:textId="77777777" w:rsidR="000D4023" w:rsidRDefault="000D4023">
      <w:pPr>
        <w:spacing w:after="0"/>
      </w:pPr>
    </w:p>
    <w:tbl>
      <w:tblPr>
        <w:tblW w:w="0" w:type="auto"/>
        <w:jc w:val="center"/>
        <w:tblLayout w:type="fixed"/>
        <w:tblLook w:val="04A0" w:firstRow="1" w:lastRow="0" w:firstColumn="1" w:lastColumn="0" w:noHBand="0" w:noVBand="1"/>
      </w:tblPr>
      <w:tblGrid>
        <w:gridCol w:w="10224"/>
      </w:tblGrid>
      <w:tr w:rsidR="000D4023" w14:paraId="206A3EF0" w14:textId="77777777">
        <w:trPr>
          <w:cantSplit/>
          <w:jc w:val="center"/>
        </w:trPr>
        <w:tc>
          <w:tcPr>
            <w:tcW w:w="10224" w:type="dxa"/>
            <w:tcBorders>
              <w:top w:val="nil"/>
              <w:left w:val="nil"/>
              <w:bottom w:val="nil"/>
              <w:right w:val="nil"/>
            </w:tcBorders>
            <w:shd w:val="clear" w:color="auto" w:fill="EDEDED"/>
            <w:tcMar>
              <w:top w:w="80" w:type="dxa"/>
              <w:left w:w="90" w:type="dxa"/>
              <w:bottom w:w="80" w:type="dxa"/>
              <w:right w:w="90" w:type="dxa"/>
            </w:tcMar>
            <w:vAlign w:val="center"/>
          </w:tcPr>
          <w:p w14:paraId="551BA3DD" w14:textId="77777777" w:rsidR="00835657" w:rsidRDefault="00000000">
            <w:pPr>
              <w:spacing w:after="0"/>
            </w:pPr>
            <w:r>
              <w:rPr>
                <w:b/>
              </w:rPr>
              <w:t xml:space="preserve">Outputs and milestones: </w:t>
            </w:r>
            <w:r>
              <w:t>List the main outputs or stages of development, with estimated dates. For any public activity, include venue, date, format and expected audience; include digital outputs where relevant.</w:t>
            </w:r>
          </w:p>
        </w:tc>
      </w:tr>
      <w:tr w:rsidR="000D4023" w14:paraId="1A7BDF9D" w14:textId="77777777">
        <w:trPr>
          <w:jc w:val="center"/>
        </w:trPr>
        <w:tc>
          <w:tcPr>
            <w:tcW w:w="10224" w:type="dxa"/>
            <w:tcBorders>
              <w:top w:val="single" w:sz="4" w:space="0" w:color="D9DDE2"/>
              <w:left w:val="single" w:sz="4" w:space="0" w:color="D9DDE2"/>
              <w:bottom w:val="single" w:sz="4" w:space="0" w:color="D9DDE2"/>
              <w:right w:val="single" w:sz="4" w:space="0" w:color="D9DDE2"/>
            </w:tcBorders>
            <w:shd w:val="clear" w:color="auto" w:fill="F7F8F9"/>
            <w:tcMar>
              <w:top w:w="80" w:type="dxa"/>
              <w:left w:w="90" w:type="dxa"/>
              <w:bottom w:w="80" w:type="dxa"/>
              <w:right w:w="90" w:type="dxa"/>
            </w:tcMar>
            <w:vAlign w:val="center"/>
          </w:tcPr>
          <w:p w14:paraId="26FD3503" w14:textId="77777777" w:rsidR="000D4023" w:rsidRDefault="000D4023">
            <w:pPr>
              <w:spacing w:after="0" w:line="240" w:lineRule="auto"/>
            </w:pPr>
          </w:p>
          <w:p w14:paraId="5AE773ED" w14:textId="77777777" w:rsidR="00AB487D" w:rsidRDefault="00AB487D">
            <w:pPr>
              <w:spacing w:after="0" w:line="240" w:lineRule="auto"/>
            </w:pPr>
          </w:p>
          <w:p w14:paraId="7C574201" w14:textId="77777777" w:rsidR="00AB487D" w:rsidRDefault="00AB487D">
            <w:pPr>
              <w:spacing w:after="0" w:line="240" w:lineRule="auto"/>
            </w:pPr>
          </w:p>
          <w:p w14:paraId="3A8C2AAE" w14:textId="77777777" w:rsidR="00AB487D" w:rsidRDefault="00AB487D">
            <w:pPr>
              <w:spacing w:after="0" w:line="240" w:lineRule="auto"/>
            </w:pPr>
          </w:p>
          <w:p w14:paraId="2E4E3AE4" w14:textId="77777777" w:rsidR="00AB487D" w:rsidRDefault="00AB487D">
            <w:pPr>
              <w:spacing w:after="0" w:line="240" w:lineRule="auto"/>
            </w:pPr>
          </w:p>
          <w:p w14:paraId="0A3602F7" w14:textId="77777777" w:rsidR="00AB487D" w:rsidRDefault="00AB487D">
            <w:pPr>
              <w:spacing w:after="0" w:line="240" w:lineRule="auto"/>
            </w:pPr>
          </w:p>
          <w:p w14:paraId="551C71CE" w14:textId="77777777" w:rsidR="00AB487D" w:rsidRDefault="00AB487D">
            <w:pPr>
              <w:spacing w:after="0" w:line="240" w:lineRule="auto"/>
            </w:pPr>
          </w:p>
          <w:p w14:paraId="3F46CEE4" w14:textId="77777777" w:rsidR="00AB487D" w:rsidRDefault="00AB487D">
            <w:pPr>
              <w:spacing w:after="0" w:line="240" w:lineRule="auto"/>
            </w:pPr>
          </w:p>
        </w:tc>
      </w:tr>
      <w:tr w:rsidR="000D4023" w14:paraId="7C3FC8EA" w14:textId="77777777">
        <w:trPr>
          <w:cantSplit/>
          <w:jc w:val="center"/>
        </w:trPr>
        <w:tc>
          <w:tcPr>
            <w:tcW w:w="10224" w:type="dxa"/>
            <w:tcBorders>
              <w:top w:val="nil"/>
              <w:left w:val="nil"/>
              <w:bottom w:val="nil"/>
              <w:right w:val="nil"/>
            </w:tcBorders>
            <w:shd w:val="clear" w:color="auto" w:fill="EDEDED"/>
            <w:tcMar>
              <w:top w:w="80" w:type="dxa"/>
              <w:left w:w="90" w:type="dxa"/>
              <w:bottom w:w="80" w:type="dxa"/>
              <w:right w:w="90" w:type="dxa"/>
            </w:tcMar>
            <w:vAlign w:val="center"/>
          </w:tcPr>
          <w:p w14:paraId="1D3E5B43" w14:textId="77777777" w:rsidR="00835657" w:rsidRDefault="00000000">
            <w:pPr>
              <w:spacing w:after="0"/>
            </w:pPr>
            <w:r>
              <w:rPr>
                <w:b/>
              </w:rPr>
              <w:t xml:space="preserve">Audience and public engagement: </w:t>
            </w:r>
            <w:r>
              <w:t>Who are the audiences for this proposal or the future work to which it may lead? What is the public interest, and what evidence or insight supports your approach to reaching audiences within and beyond the University?</w:t>
            </w:r>
          </w:p>
        </w:tc>
      </w:tr>
      <w:tr w:rsidR="000D4023" w14:paraId="64F6E601" w14:textId="77777777">
        <w:trPr>
          <w:jc w:val="center"/>
        </w:trPr>
        <w:tc>
          <w:tcPr>
            <w:tcW w:w="10224" w:type="dxa"/>
            <w:tcBorders>
              <w:top w:val="single" w:sz="4" w:space="0" w:color="D9DDE2"/>
              <w:left w:val="single" w:sz="4" w:space="0" w:color="D9DDE2"/>
              <w:bottom w:val="single" w:sz="4" w:space="0" w:color="D9DDE2"/>
              <w:right w:val="single" w:sz="4" w:space="0" w:color="D9DDE2"/>
            </w:tcBorders>
            <w:shd w:val="clear" w:color="auto" w:fill="F7F8F9"/>
            <w:tcMar>
              <w:top w:w="80" w:type="dxa"/>
              <w:left w:w="90" w:type="dxa"/>
              <w:bottom w:w="80" w:type="dxa"/>
              <w:right w:w="90" w:type="dxa"/>
            </w:tcMar>
            <w:vAlign w:val="center"/>
          </w:tcPr>
          <w:p w14:paraId="360BC653" w14:textId="77777777" w:rsidR="000D4023" w:rsidRDefault="000D4023">
            <w:pPr>
              <w:spacing w:after="0" w:line="240" w:lineRule="auto"/>
            </w:pPr>
          </w:p>
          <w:p w14:paraId="7CC427A7" w14:textId="77777777" w:rsidR="00AB487D" w:rsidRDefault="00AB487D">
            <w:pPr>
              <w:spacing w:after="0" w:line="240" w:lineRule="auto"/>
            </w:pPr>
          </w:p>
          <w:p w14:paraId="0C323924" w14:textId="77777777" w:rsidR="00AB487D" w:rsidRDefault="00AB487D">
            <w:pPr>
              <w:spacing w:after="0" w:line="240" w:lineRule="auto"/>
            </w:pPr>
          </w:p>
          <w:p w14:paraId="7DC6DD23" w14:textId="77777777" w:rsidR="00AB487D" w:rsidRDefault="00AB487D">
            <w:pPr>
              <w:spacing w:after="0" w:line="240" w:lineRule="auto"/>
            </w:pPr>
          </w:p>
          <w:p w14:paraId="511E775B" w14:textId="77777777" w:rsidR="00AB487D" w:rsidRDefault="00AB487D">
            <w:pPr>
              <w:spacing w:after="0" w:line="240" w:lineRule="auto"/>
            </w:pPr>
          </w:p>
          <w:p w14:paraId="18D5D0A0" w14:textId="77777777" w:rsidR="00AB487D" w:rsidRDefault="00AB487D">
            <w:pPr>
              <w:spacing w:after="0" w:line="240" w:lineRule="auto"/>
            </w:pPr>
          </w:p>
          <w:p w14:paraId="5DB1598C" w14:textId="77777777" w:rsidR="00AB487D" w:rsidRDefault="00AB487D">
            <w:pPr>
              <w:spacing w:after="0" w:line="240" w:lineRule="auto"/>
            </w:pPr>
          </w:p>
          <w:p w14:paraId="77C53E60" w14:textId="77777777" w:rsidR="00AB487D" w:rsidRDefault="00AB487D">
            <w:pPr>
              <w:spacing w:after="0" w:line="240" w:lineRule="auto"/>
            </w:pPr>
          </w:p>
        </w:tc>
      </w:tr>
      <w:tr w:rsidR="000D4023" w14:paraId="395A90AE" w14:textId="77777777" w:rsidTr="00AB487D">
        <w:trPr>
          <w:jc w:val="center"/>
        </w:trPr>
        <w:tc>
          <w:tcPr>
            <w:tcW w:w="10224" w:type="dxa"/>
            <w:tcBorders>
              <w:top w:val="nil"/>
              <w:left w:val="nil"/>
              <w:bottom w:val="nil"/>
              <w:right w:val="nil"/>
            </w:tcBorders>
            <w:shd w:val="clear" w:color="auto" w:fill="C6D9F1" w:themeFill="text2" w:themeFillTint="33"/>
            <w:tcMar>
              <w:top w:w="80" w:type="dxa"/>
              <w:left w:w="90" w:type="dxa"/>
              <w:bottom w:w="80" w:type="dxa"/>
              <w:right w:w="90" w:type="dxa"/>
            </w:tcMar>
            <w:vAlign w:val="center"/>
          </w:tcPr>
          <w:p w14:paraId="6EE29B3D" w14:textId="77777777" w:rsidR="00835657" w:rsidRDefault="00000000">
            <w:pPr>
              <w:spacing w:after="20"/>
            </w:pPr>
            <w:r>
              <w:rPr>
                <w:b/>
              </w:rPr>
              <w:t>5. Delivery and development</w:t>
            </w:r>
          </w:p>
          <w:p w14:paraId="066A5C10" w14:textId="77777777" w:rsidR="00835657" w:rsidRDefault="00000000">
            <w:pPr>
              <w:spacing w:after="0"/>
            </w:pPr>
            <w:r>
              <w:t>Stage 2 proposals should provide fuller detail; for Stage 1, a concise outline is sufficient.</w:t>
            </w:r>
          </w:p>
        </w:tc>
      </w:tr>
    </w:tbl>
    <w:p w14:paraId="626D25E5" w14:textId="77777777" w:rsidR="000D4023" w:rsidRDefault="000D4023">
      <w:pPr>
        <w:spacing w:after="100" w:line="20" w:lineRule="exact"/>
      </w:pPr>
      <w:r>
        <w:rPr>
          <w:sz w:val="2"/>
        </w:rPr>
        <w:t xml:space="preserve"> </w:t>
      </w:r>
    </w:p>
    <w:tbl>
      <w:tblPr>
        <w:tblW w:w="0" w:type="auto"/>
        <w:jc w:val="center"/>
        <w:tblLayout w:type="fixed"/>
        <w:tblLook w:val="04A0" w:firstRow="1" w:lastRow="0" w:firstColumn="1" w:lastColumn="0" w:noHBand="0" w:noVBand="1"/>
      </w:tblPr>
      <w:tblGrid>
        <w:gridCol w:w="10224"/>
      </w:tblGrid>
      <w:tr w:rsidR="000D4023" w14:paraId="766144DD" w14:textId="77777777">
        <w:trPr>
          <w:cantSplit/>
          <w:jc w:val="center"/>
        </w:trPr>
        <w:tc>
          <w:tcPr>
            <w:tcW w:w="10224" w:type="dxa"/>
            <w:tcBorders>
              <w:top w:val="nil"/>
              <w:left w:val="nil"/>
              <w:bottom w:val="nil"/>
              <w:right w:val="nil"/>
            </w:tcBorders>
            <w:shd w:val="clear" w:color="auto" w:fill="EDEDED"/>
            <w:tcMar>
              <w:top w:w="80" w:type="dxa"/>
              <w:left w:w="90" w:type="dxa"/>
              <w:bottom w:w="80" w:type="dxa"/>
              <w:right w:w="90" w:type="dxa"/>
            </w:tcMar>
            <w:vAlign w:val="center"/>
          </w:tcPr>
          <w:p w14:paraId="1053B55C" w14:textId="77777777" w:rsidR="00835657" w:rsidRDefault="00000000">
            <w:pPr>
              <w:spacing w:after="0"/>
            </w:pPr>
            <w:r>
              <w:rPr>
                <w:b/>
              </w:rPr>
              <w:t xml:space="preserve">Delivery plan: </w:t>
            </w:r>
            <w:r>
              <w:t>How will the proposal be delivered? Include key responsibilities, important dependencies, external resources or support to be secured, and any significant delivery risks.</w:t>
            </w:r>
          </w:p>
        </w:tc>
      </w:tr>
      <w:tr w:rsidR="000D4023" w14:paraId="4D880E93" w14:textId="77777777">
        <w:trPr>
          <w:jc w:val="center"/>
        </w:trPr>
        <w:tc>
          <w:tcPr>
            <w:tcW w:w="10224" w:type="dxa"/>
            <w:tcBorders>
              <w:top w:val="single" w:sz="4" w:space="0" w:color="D9DDE2"/>
              <w:left w:val="single" w:sz="4" w:space="0" w:color="D9DDE2"/>
              <w:bottom w:val="single" w:sz="4" w:space="0" w:color="D9DDE2"/>
              <w:right w:val="single" w:sz="4" w:space="0" w:color="D9DDE2"/>
            </w:tcBorders>
            <w:shd w:val="clear" w:color="auto" w:fill="F7F8F9"/>
            <w:tcMar>
              <w:top w:w="80" w:type="dxa"/>
              <w:left w:w="90" w:type="dxa"/>
              <w:bottom w:w="80" w:type="dxa"/>
              <w:right w:w="90" w:type="dxa"/>
            </w:tcMar>
            <w:vAlign w:val="center"/>
          </w:tcPr>
          <w:p w14:paraId="0C9BC634" w14:textId="77777777" w:rsidR="00AB487D" w:rsidRDefault="00AB487D">
            <w:pPr>
              <w:spacing w:after="0" w:line="240" w:lineRule="auto"/>
            </w:pPr>
          </w:p>
          <w:p w14:paraId="4F0F6C5E" w14:textId="77777777" w:rsidR="00AB487D" w:rsidRDefault="00AB487D">
            <w:pPr>
              <w:spacing w:after="0" w:line="240" w:lineRule="auto"/>
            </w:pPr>
          </w:p>
          <w:p w14:paraId="1DBD23D3" w14:textId="77777777" w:rsidR="00AB487D" w:rsidRDefault="00AB487D">
            <w:pPr>
              <w:spacing w:after="0" w:line="240" w:lineRule="auto"/>
            </w:pPr>
          </w:p>
          <w:p w14:paraId="7C1408AD" w14:textId="77777777" w:rsidR="00AB487D" w:rsidRDefault="00AB487D">
            <w:pPr>
              <w:spacing w:after="0" w:line="240" w:lineRule="auto"/>
            </w:pPr>
          </w:p>
          <w:p w14:paraId="6B9DD127" w14:textId="77777777" w:rsidR="00BC1FCB" w:rsidRDefault="00BC1FCB">
            <w:pPr>
              <w:spacing w:after="0" w:line="240" w:lineRule="auto"/>
            </w:pPr>
          </w:p>
          <w:p w14:paraId="6B459970" w14:textId="77777777" w:rsidR="00AB487D" w:rsidRDefault="00AB487D">
            <w:pPr>
              <w:spacing w:after="0" w:line="240" w:lineRule="auto"/>
            </w:pPr>
          </w:p>
          <w:p w14:paraId="681C5007" w14:textId="77777777" w:rsidR="00AB487D" w:rsidRDefault="00AB487D">
            <w:pPr>
              <w:spacing w:after="0" w:line="240" w:lineRule="auto"/>
            </w:pPr>
          </w:p>
          <w:p w14:paraId="2136FD6D" w14:textId="77777777" w:rsidR="00AB487D" w:rsidRDefault="00AB487D">
            <w:pPr>
              <w:spacing w:after="0" w:line="240" w:lineRule="auto"/>
            </w:pPr>
          </w:p>
          <w:p w14:paraId="38DB3B8B" w14:textId="77777777" w:rsidR="00AB487D" w:rsidRDefault="00AB487D">
            <w:pPr>
              <w:spacing w:after="0" w:line="240" w:lineRule="auto"/>
            </w:pPr>
          </w:p>
        </w:tc>
      </w:tr>
    </w:tbl>
    <w:p w14:paraId="685696EF" w14:textId="77777777" w:rsidR="00835657" w:rsidRDefault="00835657"/>
    <w:tbl>
      <w:tblPr>
        <w:tblW w:w="0" w:type="auto"/>
        <w:jc w:val="center"/>
        <w:tblLayout w:type="fixed"/>
        <w:tblLook w:val="04A0" w:firstRow="1" w:lastRow="0" w:firstColumn="1" w:lastColumn="0" w:noHBand="0" w:noVBand="1"/>
      </w:tblPr>
      <w:tblGrid>
        <w:gridCol w:w="10224"/>
      </w:tblGrid>
      <w:tr w:rsidR="000D4023" w14:paraId="29ACC90E" w14:textId="77777777" w:rsidTr="00AB487D">
        <w:trPr>
          <w:jc w:val="center"/>
        </w:trPr>
        <w:tc>
          <w:tcPr>
            <w:tcW w:w="10224" w:type="dxa"/>
            <w:tcBorders>
              <w:top w:val="nil"/>
              <w:left w:val="nil"/>
              <w:bottom w:val="nil"/>
              <w:right w:val="nil"/>
            </w:tcBorders>
            <w:shd w:val="clear" w:color="auto" w:fill="C6D9F1" w:themeFill="text2" w:themeFillTint="33"/>
            <w:tcMar>
              <w:top w:w="80" w:type="dxa"/>
              <w:left w:w="90" w:type="dxa"/>
              <w:bottom w:w="80" w:type="dxa"/>
              <w:right w:w="90" w:type="dxa"/>
            </w:tcMar>
            <w:vAlign w:val="center"/>
          </w:tcPr>
          <w:p w14:paraId="5CE94655" w14:textId="77777777" w:rsidR="00835657" w:rsidRDefault="00000000">
            <w:pPr>
              <w:spacing w:after="0"/>
            </w:pPr>
            <w:r>
              <w:rPr>
                <w:b/>
              </w:rPr>
              <w:t>6. Budget and resources</w:t>
            </w:r>
          </w:p>
          <w:p w14:paraId="7C3C2037" w14:textId="77777777" w:rsidR="00835657" w:rsidRDefault="00000000">
            <w:pPr>
              <w:spacing w:after="0"/>
            </w:pPr>
            <w:r>
              <w:t>Activity and expenditure must begin no earlier than nine months after the EOI deadline. Most programmed projects receive a Cultural Programme contribution of less than £10,000, alongside producing, administration and marketing support as appropriate.</w:t>
            </w:r>
          </w:p>
        </w:tc>
      </w:tr>
    </w:tbl>
    <w:p w14:paraId="64A9E74A" w14:textId="77777777" w:rsidR="000D4023" w:rsidRDefault="000D4023">
      <w:pPr>
        <w:spacing w:after="0"/>
      </w:pPr>
    </w:p>
    <w:tbl>
      <w:tblPr>
        <w:tblW w:w="0" w:type="auto"/>
        <w:jc w:val="center"/>
        <w:tblLayout w:type="fixed"/>
        <w:tblLook w:val="04A0" w:firstRow="1" w:lastRow="0" w:firstColumn="1" w:lastColumn="0" w:noHBand="0" w:noVBand="1"/>
      </w:tblPr>
      <w:tblGrid>
        <w:gridCol w:w="10224"/>
      </w:tblGrid>
      <w:tr w:rsidR="000D4023" w14:paraId="55155B3A" w14:textId="77777777">
        <w:trPr>
          <w:jc w:val="center"/>
        </w:trPr>
        <w:tc>
          <w:tcPr>
            <w:tcW w:w="10224" w:type="dxa"/>
            <w:tcBorders>
              <w:top w:val="nil"/>
              <w:left w:val="nil"/>
              <w:bottom w:val="nil"/>
              <w:right w:val="nil"/>
            </w:tcBorders>
            <w:shd w:val="clear" w:color="auto" w:fill="EDEDED"/>
            <w:tcMar>
              <w:top w:w="80" w:type="dxa"/>
              <w:left w:w="90" w:type="dxa"/>
              <w:bottom w:w="80" w:type="dxa"/>
              <w:right w:w="90" w:type="dxa"/>
            </w:tcMar>
            <w:vAlign w:val="center"/>
          </w:tcPr>
          <w:p w14:paraId="651AED7A" w14:textId="77777777" w:rsidR="00835657" w:rsidRDefault="00000000">
            <w:pPr>
              <w:spacing w:before="120" w:after="0"/>
            </w:pPr>
            <w:r>
              <w:rPr>
                <w:b/>
              </w:rPr>
              <w:t>Resources and budget</w:t>
            </w:r>
            <w:r>
              <w:br/>
              <w:t>Please give an outline estimate of anticipated expenditure and other financial or in-kind contributions. Amounts can be estimates at this stage.</w:t>
            </w:r>
          </w:p>
        </w:tc>
      </w:tr>
    </w:tbl>
    <w:p w14:paraId="2F59AE37" w14:textId="77777777" w:rsidR="000D4023" w:rsidRDefault="000D4023">
      <w:pPr>
        <w:spacing w:after="0"/>
      </w:pPr>
    </w:p>
    <w:tbl>
      <w:tblPr>
        <w:tblW w:w="10206" w:type="dxa"/>
        <w:jc w:val="center"/>
        <w:tblLayout w:type="fixed"/>
        <w:tblLook w:val="04A0" w:firstRow="1" w:lastRow="0" w:firstColumn="1" w:lastColumn="0" w:noHBand="0" w:noVBand="1"/>
      </w:tblPr>
      <w:tblGrid>
        <w:gridCol w:w="4332"/>
        <w:gridCol w:w="3408"/>
        <w:gridCol w:w="2466"/>
      </w:tblGrid>
      <w:tr w:rsidR="000D4023" w14:paraId="634BB1EB" w14:textId="77777777" w:rsidTr="00AB487D">
        <w:trPr>
          <w:jc w:val="center"/>
        </w:trPr>
        <w:tc>
          <w:tcPr>
            <w:tcW w:w="4332" w:type="dxa"/>
            <w:tcBorders>
              <w:top w:val="single" w:sz="6" w:space="0" w:color="AFAFAF"/>
              <w:left w:val="single" w:sz="6" w:space="0" w:color="AFAFAF"/>
              <w:bottom w:val="single" w:sz="6" w:space="0" w:color="AFAFAF"/>
              <w:right w:val="single" w:sz="6" w:space="0" w:color="AFAFAF"/>
            </w:tcBorders>
            <w:shd w:val="clear" w:color="auto" w:fill="D9D9D9"/>
            <w:tcMar>
              <w:top w:w="80" w:type="dxa"/>
              <w:left w:w="90" w:type="dxa"/>
              <w:bottom w:w="80" w:type="dxa"/>
              <w:right w:w="90" w:type="dxa"/>
            </w:tcMar>
            <w:vAlign w:val="center"/>
          </w:tcPr>
          <w:p w14:paraId="1E7D4E45" w14:textId="77777777" w:rsidR="00835657" w:rsidRDefault="00000000">
            <w:pPr>
              <w:spacing w:after="0"/>
            </w:pPr>
            <w:r>
              <w:rPr>
                <w:b/>
              </w:rPr>
              <w:t>Description of cost / supplier or provider (if known)</w:t>
            </w:r>
          </w:p>
        </w:tc>
        <w:tc>
          <w:tcPr>
            <w:tcW w:w="3408" w:type="dxa"/>
            <w:tcBorders>
              <w:top w:val="single" w:sz="6" w:space="0" w:color="AFAFAF"/>
              <w:left w:val="single" w:sz="6" w:space="0" w:color="AFAFAF"/>
              <w:bottom w:val="single" w:sz="6" w:space="0" w:color="AFAFAF"/>
              <w:right w:val="single" w:sz="6" w:space="0" w:color="AFAFAF"/>
            </w:tcBorders>
            <w:shd w:val="clear" w:color="auto" w:fill="D9D9D9"/>
            <w:tcMar>
              <w:top w:w="80" w:type="dxa"/>
              <w:left w:w="90" w:type="dxa"/>
              <w:bottom w:w="80" w:type="dxa"/>
              <w:right w:w="90" w:type="dxa"/>
            </w:tcMar>
            <w:vAlign w:val="center"/>
          </w:tcPr>
          <w:p w14:paraId="4830822F" w14:textId="77777777" w:rsidR="00835657" w:rsidRDefault="00000000">
            <w:pPr>
              <w:spacing w:after="0"/>
            </w:pPr>
            <w:r>
              <w:rPr>
                <w:b/>
              </w:rPr>
              <w:t>Expected payment (month/year)</w:t>
            </w:r>
          </w:p>
        </w:tc>
        <w:tc>
          <w:tcPr>
            <w:tcW w:w="2466" w:type="dxa"/>
            <w:tcBorders>
              <w:top w:val="single" w:sz="6" w:space="0" w:color="AFAFAF"/>
              <w:left w:val="single" w:sz="6" w:space="0" w:color="AFAFAF"/>
              <w:bottom w:val="single" w:sz="6" w:space="0" w:color="AFAFAF"/>
              <w:right w:val="single" w:sz="6" w:space="0" w:color="AFAFAF"/>
            </w:tcBorders>
            <w:shd w:val="clear" w:color="auto" w:fill="D9D9D9"/>
            <w:tcMar>
              <w:top w:w="80" w:type="dxa"/>
              <w:left w:w="90" w:type="dxa"/>
              <w:bottom w:w="80" w:type="dxa"/>
              <w:right w:w="90" w:type="dxa"/>
            </w:tcMar>
            <w:vAlign w:val="center"/>
          </w:tcPr>
          <w:p w14:paraId="07FF2C1B" w14:textId="77777777" w:rsidR="00835657" w:rsidRDefault="00000000">
            <w:pPr>
              <w:spacing w:after="0"/>
            </w:pPr>
            <w:r>
              <w:rPr>
                <w:b/>
              </w:rPr>
              <w:t>Estimated amount (£)</w:t>
            </w:r>
          </w:p>
        </w:tc>
      </w:tr>
      <w:tr w:rsidR="000D4023" w14:paraId="52996B2C" w14:textId="77777777" w:rsidTr="00AB487D">
        <w:trPr>
          <w:jc w:val="center"/>
        </w:trPr>
        <w:tc>
          <w:tcPr>
            <w:tcW w:w="4332" w:type="dxa"/>
            <w:tcBorders>
              <w:top w:val="single" w:sz="5" w:space="0" w:color="D0D0D0"/>
              <w:left w:val="single" w:sz="5" w:space="0" w:color="D0D0D0"/>
              <w:bottom w:val="single" w:sz="5" w:space="0" w:color="D0D0D0"/>
              <w:right w:val="single" w:sz="5" w:space="0" w:color="D0D0D0"/>
            </w:tcBorders>
            <w:tcMar>
              <w:top w:w="80" w:type="dxa"/>
              <w:left w:w="90" w:type="dxa"/>
              <w:bottom w:w="80" w:type="dxa"/>
              <w:right w:w="90" w:type="dxa"/>
            </w:tcMar>
            <w:vAlign w:val="center"/>
          </w:tcPr>
          <w:p w14:paraId="69F5615B" w14:textId="77777777" w:rsidR="000D4023" w:rsidRDefault="00000000">
            <w:r>
              <w:t xml:space="preserve"> </w:t>
            </w:r>
          </w:p>
        </w:tc>
        <w:tc>
          <w:tcPr>
            <w:tcW w:w="3408" w:type="dxa"/>
            <w:tcBorders>
              <w:top w:val="single" w:sz="5" w:space="0" w:color="D0D0D0"/>
              <w:left w:val="single" w:sz="5" w:space="0" w:color="D0D0D0"/>
              <w:bottom w:val="single" w:sz="5" w:space="0" w:color="D0D0D0"/>
              <w:right w:val="single" w:sz="5" w:space="0" w:color="D0D0D0"/>
            </w:tcBorders>
            <w:tcMar>
              <w:top w:w="80" w:type="dxa"/>
              <w:left w:w="90" w:type="dxa"/>
              <w:bottom w:w="80" w:type="dxa"/>
              <w:right w:w="90" w:type="dxa"/>
            </w:tcMar>
            <w:vAlign w:val="center"/>
          </w:tcPr>
          <w:p w14:paraId="05A4C9DC" w14:textId="77777777" w:rsidR="000D4023" w:rsidRDefault="00000000">
            <w:r>
              <w:t xml:space="preserve"> </w:t>
            </w:r>
          </w:p>
        </w:tc>
        <w:tc>
          <w:tcPr>
            <w:tcW w:w="2466" w:type="dxa"/>
            <w:tcBorders>
              <w:top w:val="single" w:sz="5" w:space="0" w:color="D0D0D0"/>
              <w:left w:val="single" w:sz="5" w:space="0" w:color="D0D0D0"/>
              <w:bottom w:val="single" w:sz="5" w:space="0" w:color="D0D0D0"/>
              <w:right w:val="single" w:sz="5" w:space="0" w:color="D0D0D0"/>
            </w:tcBorders>
            <w:tcMar>
              <w:top w:w="80" w:type="dxa"/>
              <w:left w:w="90" w:type="dxa"/>
              <w:bottom w:w="80" w:type="dxa"/>
              <w:right w:w="90" w:type="dxa"/>
            </w:tcMar>
            <w:vAlign w:val="center"/>
          </w:tcPr>
          <w:p w14:paraId="1DE0C2AF" w14:textId="77777777" w:rsidR="000D4023" w:rsidRDefault="00000000">
            <w:r>
              <w:t xml:space="preserve"> </w:t>
            </w:r>
          </w:p>
        </w:tc>
      </w:tr>
      <w:tr w:rsidR="000D4023" w14:paraId="54B5F09B" w14:textId="77777777" w:rsidTr="00AB487D">
        <w:trPr>
          <w:jc w:val="center"/>
        </w:trPr>
        <w:tc>
          <w:tcPr>
            <w:tcW w:w="4332" w:type="dxa"/>
            <w:tcBorders>
              <w:top w:val="single" w:sz="5" w:space="0" w:color="D0D0D0"/>
              <w:left w:val="single" w:sz="5" w:space="0" w:color="D0D0D0"/>
              <w:bottom w:val="single" w:sz="5" w:space="0" w:color="D0D0D0"/>
              <w:right w:val="single" w:sz="5" w:space="0" w:color="D0D0D0"/>
            </w:tcBorders>
            <w:tcMar>
              <w:top w:w="80" w:type="dxa"/>
              <w:left w:w="90" w:type="dxa"/>
              <w:bottom w:w="80" w:type="dxa"/>
              <w:right w:w="90" w:type="dxa"/>
            </w:tcMar>
            <w:vAlign w:val="center"/>
          </w:tcPr>
          <w:p w14:paraId="62B14848" w14:textId="77777777" w:rsidR="000D4023" w:rsidRDefault="00000000">
            <w:r>
              <w:t xml:space="preserve"> </w:t>
            </w:r>
          </w:p>
        </w:tc>
        <w:tc>
          <w:tcPr>
            <w:tcW w:w="3408" w:type="dxa"/>
            <w:tcBorders>
              <w:top w:val="single" w:sz="5" w:space="0" w:color="D0D0D0"/>
              <w:left w:val="single" w:sz="5" w:space="0" w:color="D0D0D0"/>
              <w:bottom w:val="single" w:sz="5" w:space="0" w:color="D0D0D0"/>
              <w:right w:val="single" w:sz="5" w:space="0" w:color="D0D0D0"/>
            </w:tcBorders>
            <w:tcMar>
              <w:top w:w="80" w:type="dxa"/>
              <w:left w:w="90" w:type="dxa"/>
              <w:bottom w:w="80" w:type="dxa"/>
              <w:right w:w="90" w:type="dxa"/>
            </w:tcMar>
            <w:vAlign w:val="center"/>
          </w:tcPr>
          <w:p w14:paraId="462ECF11" w14:textId="77777777" w:rsidR="000D4023" w:rsidRDefault="00000000">
            <w:r>
              <w:t xml:space="preserve"> </w:t>
            </w:r>
          </w:p>
        </w:tc>
        <w:tc>
          <w:tcPr>
            <w:tcW w:w="2466" w:type="dxa"/>
            <w:tcBorders>
              <w:top w:val="single" w:sz="5" w:space="0" w:color="D0D0D0"/>
              <w:left w:val="single" w:sz="5" w:space="0" w:color="D0D0D0"/>
              <w:bottom w:val="single" w:sz="5" w:space="0" w:color="D0D0D0"/>
              <w:right w:val="single" w:sz="5" w:space="0" w:color="D0D0D0"/>
            </w:tcBorders>
            <w:tcMar>
              <w:top w:w="80" w:type="dxa"/>
              <w:left w:w="90" w:type="dxa"/>
              <w:bottom w:w="80" w:type="dxa"/>
              <w:right w:w="90" w:type="dxa"/>
            </w:tcMar>
            <w:vAlign w:val="center"/>
          </w:tcPr>
          <w:p w14:paraId="0CCAA202" w14:textId="77777777" w:rsidR="000D4023" w:rsidRDefault="00000000">
            <w:r>
              <w:t xml:space="preserve"> </w:t>
            </w:r>
          </w:p>
        </w:tc>
      </w:tr>
      <w:tr w:rsidR="000D4023" w14:paraId="71F1EA7A" w14:textId="77777777" w:rsidTr="00AB487D">
        <w:trPr>
          <w:jc w:val="center"/>
        </w:trPr>
        <w:tc>
          <w:tcPr>
            <w:tcW w:w="4332" w:type="dxa"/>
            <w:tcBorders>
              <w:top w:val="single" w:sz="5" w:space="0" w:color="D0D0D0"/>
              <w:left w:val="single" w:sz="5" w:space="0" w:color="D0D0D0"/>
              <w:bottom w:val="single" w:sz="5" w:space="0" w:color="D0D0D0"/>
              <w:right w:val="single" w:sz="5" w:space="0" w:color="D0D0D0"/>
            </w:tcBorders>
            <w:tcMar>
              <w:top w:w="80" w:type="dxa"/>
              <w:left w:w="90" w:type="dxa"/>
              <w:bottom w:w="80" w:type="dxa"/>
              <w:right w:w="90" w:type="dxa"/>
            </w:tcMar>
            <w:vAlign w:val="center"/>
          </w:tcPr>
          <w:p w14:paraId="62DC47E4" w14:textId="77777777" w:rsidR="000D4023" w:rsidRDefault="00000000">
            <w:r>
              <w:t xml:space="preserve"> </w:t>
            </w:r>
          </w:p>
        </w:tc>
        <w:tc>
          <w:tcPr>
            <w:tcW w:w="3408" w:type="dxa"/>
            <w:tcBorders>
              <w:top w:val="single" w:sz="5" w:space="0" w:color="D0D0D0"/>
              <w:left w:val="single" w:sz="5" w:space="0" w:color="D0D0D0"/>
              <w:bottom w:val="single" w:sz="5" w:space="0" w:color="D0D0D0"/>
              <w:right w:val="single" w:sz="5" w:space="0" w:color="D0D0D0"/>
            </w:tcBorders>
            <w:tcMar>
              <w:top w:w="80" w:type="dxa"/>
              <w:left w:w="90" w:type="dxa"/>
              <w:bottom w:w="80" w:type="dxa"/>
              <w:right w:w="90" w:type="dxa"/>
            </w:tcMar>
            <w:vAlign w:val="center"/>
          </w:tcPr>
          <w:p w14:paraId="37BEF103" w14:textId="77777777" w:rsidR="000D4023" w:rsidRDefault="00000000">
            <w:r>
              <w:t xml:space="preserve"> </w:t>
            </w:r>
          </w:p>
        </w:tc>
        <w:tc>
          <w:tcPr>
            <w:tcW w:w="2466" w:type="dxa"/>
            <w:tcBorders>
              <w:top w:val="single" w:sz="5" w:space="0" w:color="D0D0D0"/>
              <w:left w:val="single" w:sz="5" w:space="0" w:color="D0D0D0"/>
              <w:bottom w:val="single" w:sz="5" w:space="0" w:color="D0D0D0"/>
              <w:right w:val="single" w:sz="5" w:space="0" w:color="D0D0D0"/>
            </w:tcBorders>
            <w:tcMar>
              <w:top w:w="80" w:type="dxa"/>
              <w:left w:w="90" w:type="dxa"/>
              <w:bottom w:w="80" w:type="dxa"/>
              <w:right w:w="90" w:type="dxa"/>
            </w:tcMar>
            <w:vAlign w:val="center"/>
          </w:tcPr>
          <w:p w14:paraId="3330CB3E" w14:textId="77777777" w:rsidR="000D4023" w:rsidRDefault="00000000">
            <w:r>
              <w:t xml:space="preserve"> </w:t>
            </w:r>
          </w:p>
        </w:tc>
      </w:tr>
      <w:tr w:rsidR="000D4023" w14:paraId="2F5FAE92" w14:textId="77777777" w:rsidTr="00AB487D">
        <w:trPr>
          <w:jc w:val="center"/>
        </w:trPr>
        <w:tc>
          <w:tcPr>
            <w:tcW w:w="4332" w:type="dxa"/>
            <w:tcBorders>
              <w:top w:val="single" w:sz="5" w:space="0" w:color="D0D0D0"/>
              <w:left w:val="single" w:sz="5" w:space="0" w:color="D0D0D0"/>
              <w:bottom w:val="single" w:sz="5" w:space="0" w:color="D0D0D0"/>
              <w:right w:val="single" w:sz="5" w:space="0" w:color="D0D0D0"/>
            </w:tcBorders>
            <w:tcMar>
              <w:top w:w="80" w:type="dxa"/>
              <w:left w:w="90" w:type="dxa"/>
              <w:bottom w:w="80" w:type="dxa"/>
              <w:right w:w="90" w:type="dxa"/>
            </w:tcMar>
            <w:vAlign w:val="center"/>
          </w:tcPr>
          <w:p w14:paraId="68BD4C2B" w14:textId="77777777" w:rsidR="000D4023" w:rsidRDefault="00000000">
            <w:r>
              <w:t xml:space="preserve"> </w:t>
            </w:r>
          </w:p>
        </w:tc>
        <w:tc>
          <w:tcPr>
            <w:tcW w:w="3408" w:type="dxa"/>
            <w:tcBorders>
              <w:top w:val="single" w:sz="5" w:space="0" w:color="D0D0D0"/>
              <w:left w:val="single" w:sz="5" w:space="0" w:color="D0D0D0"/>
              <w:bottom w:val="single" w:sz="5" w:space="0" w:color="D0D0D0"/>
              <w:right w:val="single" w:sz="5" w:space="0" w:color="D0D0D0"/>
            </w:tcBorders>
            <w:tcMar>
              <w:top w:w="80" w:type="dxa"/>
              <w:left w:w="90" w:type="dxa"/>
              <w:bottom w:w="80" w:type="dxa"/>
              <w:right w:w="90" w:type="dxa"/>
            </w:tcMar>
            <w:vAlign w:val="center"/>
          </w:tcPr>
          <w:p w14:paraId="41200595" w14:textId="77777777" w:rsidR="000D4023" w:rsidRDefault="00000000">
            <w:r>
              <w:t xml:space="preserve"> </w:t>
            </w:r>
          </w:p>
        </w:tc>
        <w:tc>
          <w:tcPr>
            <w:tcW w:w="2466" w:type="dxa"/>
            <w:tcBorders>
              <w:top w:val="single" w:sz="5" w:space="0" w:color="D0D0D0"/>
              <w:left w:val="single" w:sz="5" w:space="0" w:color="D0D0D0"/>
              <w:bottom w:val="single" w:sz="5" w:space="0" w:color="D0D0D0"/>
              <w:right w:val="single" w:sz="5" w:space="0" w:color="D0D0D0"/>
            </w:tcBorders>
            <w:tcMar>
              <w:top w:w="80" w:type="dxa"/>
              <w:left w:w="90" w:type="dxa"/>
              <w:bottom w:w="80" w:type="dxa"/>
              <w:right w:w="90" w:type="dxa"/>
            </w:tcMar>
            <w:vAlign w:val="center"/>
          </w:tcPr>
          <w:p w14:paraId="0482F78E" w14:textId="77777777" w:rsidR="000D4023" w:rsidRDefault="00000000">
            <w:r>
              <w:t xml:space="preserve"> </w:t>
            </w:r>
          </w:p>
        </w:tc>
      </w:tr>
      <w:tr w:rsidR="00AB487D" w14:paraId="02E440DD" w14:textId="77777777" w:rsidTr="00AB487D">
        <w:trPr>
          <w:jc w:val="center"/>
        </w:trPr>
        <w:tc>
          <w:tcPr>
            <w:tcW w:w="4332" w:type="dxa"/>
            <w:tcBorders>
              <w:top w:val="single" w:sz="5" w:space="0" w:color="D0D0D0"/>
              <w:left w:val="single" w:sz="5" w:space="0" w:color="D0D0D0"/>
              <w:bottom w:val="single" w:sz="5" w:space="0" w:color="D0D0D0"/>
              <w:right w:val="single" w:sz="5" w:space="0" w:color="D0D0D0"/>
            </w:tcBorders>
            <w:tcMar>
              <w:top w:w="80" w:type="dxa"/>
              <w:left w:w="90" w:type="dxa"/>
              <w:bottom w:w="80" w:type="dxa"/>
              <w:right w:w="90" w:type="dxa"/>
            </w:tcMar>
            <w:vAlign w:val="center"/>
          </w:tcPr>
          <w:p w14:paraId="04B8E26C" w14:textId="77777777" w:rsidR="00AB487D" w:rsidRDefault="00AB487D"/>
        </w:tc>
        <w:tc>
          <w:tcPr>
            <w:tcW w:w="3408" w:type="dxa"/>
            <w:tcBorders>
              <w:top w:val="single" w:sz="5" w:space="0" w:color="D0D0D0"/>
              <w:left w:val="single" w:sz="5" w:space="0" w:color="D0D0D0"/>
              <w:bottom w:val="single" w:sz="5" w:space="0" w:color="D0D0D0"/>
              <w:right w:val="single" w:sz="5" w:space="0" w:color="D0D0D0"/>
            </w:tcBorders>
            <w:tcMar>
              <w:top w:w="80" w:type="dxa"/>
              <w:left w:w="90" w:type="dxa"/>
              <w:bottom w:w="80" w:type="dxa"/>
              <w:right w:w="90" w:type="dxa"/>
            </w:tcMar>
            <w:vAlign w:val="center"/>
          </w:tcPr>
          <w:p w14:paraId="43D2F25F" w14:textId="77777777" w:rsidR="00AB487D" w:rsidRDefault="00AB487D"/>
        </w:tc>
        <w:tc>
          <w:tcPr>
            <w:tcW w:w="2466" w:type="dxa"/>
            <w:tcBorders>
              <w:top w:val="single" w:sz="5" w:space="0" w:color="D0D0D0"/>
              <w:left w:val="single" w:sz="5" w:space="0" w:color="D0D0D0"/>
              <w:bottom w:val="single" w:sz="5" w:space="0" w:color="D0D0D0"/>
              <w:right w:val="single" w:sz="5" w:space="0" w:color="D0D0D0"/>
            </w:tcBorders>
            <w:tcMar>
              <w:top w:w="80" w:type="dxa"/>
              <w:left w:w="90" w:type="dxa"/>
              <w:bottom w:w="80" w:type="dxa"/>
              <w:right w:w="90" w:type="dxa"/>
            </w:tcMar>
            <w:vAlign w:val="center"/>
          </w:tcPr>
          <w:p w14:paraId="0EA8F5A4" w14:textId="77777777" w:rsidR="00AB487D" w:rsidRDefault="00AB487D"/>
        </w:tc>
      </w:tr>
      <w:tr w:rsidR="00AB487D" w14:paraId="35921CFD" w14:textId="77777777" w:rsidTr="00AB487D">
        <w:trPr>
          <w:jc w:val="center"/>
        </w:trPr>
        <w:tc>
          <w:tcPr>
            <w:tcW w:w="4332" w:type="dxa"/>
            <w:tcBorders>
              <w:top w:val="single" w:sz="5" w:space="0" w:color="D0D0D0"/>
              <w:left w:val="single" w:sz="5" w:space="0" w:color="D0D0D0"/>
              <w:bottom w:val="single" w:sz="5" w:space="0" w:color="D0D0D0"/>
              <w:right w:val="single" w:sz="5" w:space="0" w:color="D0D0D0"/>
            </w:tcBorders>
            <w:tcMar>
              <w:top w:w="80" w:type="dxa"/>
              <w:left w:w="90" w:type="dxa"/>
              <w:bottom w:w="80" w:type="dxa"/>
              <w:right w:w="90" w:type="dxa"/>
            </w:tcMar>
            <w:vAlign w:val="center"/>
          </w:tcPr>
          <w:p w14:paraId="09991F2D" w14:textId="77777777" w:rsidR="00AB487D" w:rsidRDefault="00AB487D"/>
        </w:tc>
        <w:tc>
          <w:tcPr>
            <w:tcW w:w="3408" w:type="dxa"/>
            <w:tcBorders>
              <w:top w:val="single" w:sz="5" w:space="0" w:color="D0D0D0"/>
              <w:left w:val="single" w:sz="5" w:space="0" w:color="D0D0D0"/>
              <w:bottom w:val="single" w:sz="5" w:space="0" w:color="D0D0D0"/>
              <w:right w:val="single" w:sz="5" w:space="0" w:color="D0D0D0"/>
            </w:tcBorders>
            <w:tcMar>
              <w:top w:w="80" w:type="dxa"/>
              <w:left w:w="90" w:type="dxa"/>
              <w:bottom w:w="80" w:type="dxa"/>
              <w:right w:w="90" w:type="dxa"/>
            </w:tcMar>
            <w:vAlign w:val="center"/>
          </w:tcPr>
          <w:p w14:paraId="524DC05D" w14:textId="77777777" w:rsidR="00AB487D" w:rsidRDefault="00AB487D"/>
        </w:tc>
        <w:tc>
          <w:tcPr>
            <w:tcW w:w="2466" w:type="dxa"/>
            <w:tcBorders>
              <w:top w:val="single" w:sz="5" w:space="0" w:color="D0D0D0"/>
              <w:left w:val="single" w:sz="5" w:space="0" w:color="D0D0D0"/>
              <w:bottom w:val="single" w:sz="5" w:space="0" w:color="D0D0D0"/>
              <w:right w:val="single" w:sz="5" w:space="0" w:color="D0D0D0"/>
            </w:tcBorders>
            <w:tcMar>
              <w:top w:w="80" w:type="dxa"/>
              <w:left w:w="90" w:type="dxa"/>
              <w:bottom w:w="80" w:type="dxa"/>
              <w:right w:w="90" w:type="dxa"/>
            </w:tcMar>
            <w:vAlign w:val="center"/>
          </w:tcPr>
          <w:p w14:paraId="0BD99768" w14:textId="77777777" w:rsidR="00AB487D" w:rsidRDefault="00AB487D"/>
        </w:tc>
      </w:tr>
      <w:tr w:rsidR="00AB487D" w14:paraId="7F88DBC9" w14:textId="77777777" w:rsidTr="00AB487D">
        <w:trPr>
          <w:jc w:val="center"/>
        </w:trPr>
        <w:tc>
          <w:tcPr>
            <w:tcW w:w="4332" w:type="dxa"/>
            <w:tcBorders>
              <w:top w:val="single" w:sz="5" w:space="0" w:color="D0D0D0"/>
              <w:left w:val="single" w:sz="5" w:space="0" w:color="D0D0D0"/>
              <w:bottom w:val="single" w:sz="5" w:space="0" w:color="D0D0D0"/>
              <w:right w:val="single" w:sz="5" w:space="0" w:color="D0D0D0"/>
            </w:tcBorders>
            <w:tcMar>
              <w:top w:w="80" w:type="dxa"/>
              <w:left w:w="90" w:type="dxa"/>
              <w:bottom w:w="80" w:type="dxa"/>
              <w:right w:w="90" w:type="dxa"/>
            </w:tcMar>
            <w:vAlign w:val="center"/>
          </w:tcPr>
          <w:p w14:paraId="416EF631" w14:textId="77777777" w:rsidR="00AB487D" w:rsidRDefault="00AB487D"/>
        </w:tc>
        <w:tc>
          <w:tcPr>
            <w:tcW w:w="3408" w:type="dxa"/>
            <w:tcBorders>
              <w:top w:val="single" w:sz="5" w:space="0" w:color="D0D0D0"/>
              <w:left w:val="single" w:sz="5" w:space="0" w:color="D0D0D0"/>
              <w:bottom w:val="single" w:sz="5" w:space="0" w:color="D0D0D0"/>
              <w:right w:val="single" w:sz="5" w:space="0" w:color="D0D0D0"/>
            </w:tcBorders>
            <w:tcMar>
              <w:top w:w="80" w:type="dxa"/>
              <w:left w:w="90" w:type="dxa"/>
              <w:bottom w:w="80" w:type="dxa"/>
              <w:right w:w="90" w:type="dxa"/>
            </w:tcMar>
            <w:vAlign w:val="center"/>
          </w:tcPr>
          <w:p w14:paraId="58E79F4C" w14:textId="77777777" w:rsidR="00AB487D" w:rsidRDefault="00AB487D"/>
        </w:tc>
        <w:tc>
          <w:tcPr>
            <w:tcW w:w="2466" w:type="dxa"/>
            <w:tcBorders>
              <w:top w:val="single" w:sz="5" w:space="0" w:color="D0D0D0"/>
              <w:left w:val="single" w:sz="5" w:space="0" w:color="D0D0D0"/>
              <w:bottom w:val="single" w:sz="5" w:space="0" w:color="D0D0D0"/>
              <w:right w:val="single" w:sz="5" w:space="0" w:color="D0D0D0"/>
            </w:tcBorders>
            <w:tcMar>
              <w:top w:w="80" w:type="dxa"/>
              <w:left w:w="90" w:type="dxa"/>
              <w:bottom w:w="80" w:type="dxa"/>
              <w:right w:w="90" w:type="dxa"/>
            </w:tcMar>
            <w:vAlign w:val="center"/>
          </w:tcPr>
          <w:p w14:paraId="48D71D38" w14:textId="77777777" w:rsidR="00AB487D" w:rsidRDefault="00AB487D"/>
        </w:tc>
      </w:tr>
      <w:tr w:rsidR="00AB487D" w14:paraId="3990996F" w14:textId="77777777" w:rsidTr="00AB487D">
        <w:trPr>
          <w:jc w:val="center"/>
        </w:trPr>
        <w:tc>
          <w:tcPr>
            <w:tcW w:w="4332" w:type="dxa"/>
            <w:tcBorders>
              <w:top w:val="single" w:sz="5" w:space="0" w:color="D0D0D0"/>
              <w:left w:val="single" w:sz="5" w:space="0" w:color="D0D0D0"/>
              <w:bottom w:val="single" w:sz="5" w:space="0" w:color="D0D0D0"/>
              <w:right w:val="single" w:sz="5" w:space="0" w:color="D0D0D0"/>
            </w:tcBorders>
            <w:tcMar>
              <w:top w:w="80" w:type="dxa"/>
              <w:left w:w="90" w:type="dxa"/>
              <w:bottom w:w="80" w:type="dxa"/>
              <w:right w:w="90" w:type="dxa"/>
            </w:tcMar>
            <w:vAlign w:val="center"/>
          </w:tcPr>
          <w:p w14:paraId="4064A42F" w14:textId="77777777" w:rsidR="00AB487D" w:rsidRDefault="00AB487D"/>
        </w:tc>
        <w:tc>
          <w:tcPr>
            <w:tcW w:w="3408" w:type="dxa"/>
            <w:tcBorders>
              <w:top w:val="single" w:sz="5" w:space="0" w:color="D0D0D0"/>
              <w:left w:val="single" w:sz="5" w:space="0" w:color="D0D0D0"/>
              <w:bottom w:val="single" w:sz="5" w:space="0" w:color="D0D0D0"/>
              <w:right w:val="single" w:sz="5" w:space="0" w:color="D0D0D0"/>
            </w:tcBorders>
            <w:tcMar>
              <w:top w:w="80" w:type="dxa"/>
              <w:left w:w="90" w:type="dxa"/>
              <w:bottom w:w="80" w:type="dxa"/>
              <w:right w:w="90" w:type="dxa"/>
            </w:tcMar>
            <w:vAlign w:val="center"/>
          </w:tcPr>
          <w:p w14:paraId="6FFB63C8" w14:textId="77777777" w:rsidR="00AB487D" w:rsidRDefault="00AB487D"/>
        </w:tc>
        <w:tc>
          <w:tcPr>
            <w:tcW w:w="2466" w:type="dxa"/>
            <w:tcBorders>
              <w:top w:val="single" w:sz="5" w:space="0" w:color="D0D0D0"/>
              <w:left w:val="single" w:sz="5" w:space="0" w:color="D0D0D0"/>
              <w:bottom w:val="single" w:sz="5" w:space="0" w:color="D0D0D0"/>
              <w:right w:val="single" w:sz="5" w:space="0" w:color="D0D0D0"/>
            </w:tcBorders>
            <w:tcMar>
              <w:top w:w="80" w:type="dxa"/>
              <w:left w:w="90" w:type="dxa"/>
              <w:bottom w:w="80" w:type="dxa"/>
              <w:right w:w="90" w:type="dxa"/>
            </w:tcMar>
            <w:vAlign w:val="center"/>
          </w:tcPr>
          <w:p w14:paraId="1A2FDF27" w14:textId="77777777" w:rsidR="00AB487D" w:rsidRDefault="00AB487D"/>
        </w:tc>
      </w:tr>
      <w:tr w:rsidR="000D4023" w14:paraId="22592B7D" w14:textId="77777777" w:rsidTr="00AB487D">
        <w:trPr>
          <w:jc w:val="center"/>
        </w:trPr>
        <w:tc>
          <w:tcPr>
            <w:tcW w:w="4332" w:type="dxa"/>
            <w:tcBorders>
              <w:top w:val="single" w:sz="5" w:space="0" w:color="D0D0D0"/>
              <w:left w:val="single" w:sz="5" w:space="0" w:color="D0D0D0"/>
              <w:bottom w:val="single" w:sz="5" w:space="0" w:color="D0D0D0"/>
              <w:right w:val="single" w:sz="5" w:space="0" w:color="D0D0D0"/>
            </w:tcBorders>
            <w:tcMar>
              <w:top w:w="80" w:type="dxa"/>
              <w:left w:w="90" w:type="dxa"/>
              <w:bottom w:w="80" w:type="dxa"/>
              <w:right w:w="90" w:type="dxa"/>
            </w:tcMar>
            <w:vAlign w:val="center"/>
          </w:tcPr>
          <w:p w14:paraId="7B5B0EFD" w14:textId="77777777" w:rsidR="000D4023" w:rsidRDefault="00000000">
            <w:r>
              <w:t xml:space="preserve"> </w:t>
            </w:r>
          </w:p>
        </w:tc>
        <w:tc>
          <w:tcPr>
            <w:tcW w:w="3408" w:type="dxa"/>
            <w:tcBorders>
              <w:top w:val="single" w:sz="5" w:space="0" w:color="D0D0D0"/>
              <w:left w:val="single" w:sz="5" w:space="0" w:color="D0D0D0"/>
              <w:bottom w:val="single" w:sz="5" w:space="0" w:color="D0D0D0"/>
              <w:right w:val="single" w:sz="5" w:space="0" w:color="D0D0D0"/>
            </w:tcBorders>
            <w:tcMar>
              <w:top w:w="80" w:type="dxa"/>
              <w:left w:w="90" w:type="dxa"/>
              <w:bottom w:w="80" w:type="dxa"/>
              <w:right w:w="90" w:type="dxa"/>
            </w:tcMar>
            <w:vAlign w:val="center"/>
          </w:tcPr>
          <w:p w14:paraId="6F5AEDAD" w14:textId="77777777" w:rsidR="000D4023" w:rsidRDefault="00000000">
            <w:r>
              <w:t xml:space="preserve"> </w:t>
            </w:r>
          </w:p>
        </w:tc>
        <w:tc>
          <w:tcPr>
            <w:tcW w:w="2466" w:type="dxa"/>
            <w:tcBorders>
              <w:top w:val="single" w:sz="5" w:space="0" w:color="D0D0D0"/>
              <w:left w:val="single" w:sz="5" w:space="0" w:color="D0D0D0"/>
              <w:bottom w:val="single" w:sz="5" w:space="0" w:color="D0D0D0"/>
              <w:right w:val="single" w:sz="5" w:space="0" w:color="D0D0D0"/>
            </w:tcBorders>
            <w:tcMar>
              <w:top w:w="80" w:type="dxa"/>
              <w:left w:w="90" w:type="dxa"/>
              <w:bottom w:w="80" w:type="dxa"/>
              <w:right w:w="90" w:type="dxa"/>
            </w:tcMar>
            <w:vAlign w:val="center"/>
          </w:tcPr>
          <w:p w14:paraId="0E5D0A19" w14:textId="77777777" w:rsidR="000D4023" w:rsidRDefault="00000000">
            <w:r>
              <w:t xml:space="preserve"> </w:t>
            </w:r>
          </w:p>
        </w:tc>
      </w:tr>
      <w:tr w:rsidR="000D4023" w14:paraId="2FF50F5C" w14:textId="77777777" w:rsidTr="00AB487D">
        <w:trPr>
          <w:jc w:val="center"/>
        </w:trPr>
        <w:tc>
          <w:tcPr>
            <w:tcW w:w="4332" w:type="dxa"/>
            <w:tcBorders>
              <w:top w:val="single" w:sz="6" w:space="0" w:color="AFAFAF"/>
              <w:left w:val="single" w:sz="6" w:space="0" w:color="AFAFAF"/>
              <w:bottom w:val="single" w:sz="6" w:space="0" w:color="AFAFAF"/>
              <w:right w:val="single" w:sz="6" w:space="0" w:color="AFAFAF"/>
            </w:tcBorders>
            <w:shd w:val="clear" w:color="auto" w:fill="EDEDED"/>
            <w:tcMar>
              <w:top w:w="80" w:type="dxa"/>
              <w:left w:w="90" w:type="dxa"/>
              <w:bottom w:w="80" w:type="dxa"/>
              <w:right w:w="90" w:type="dxa"/>
            </w:tcMar>
            <w:vAlign w:val="center"/>
          </w:tcPr>
          <w:p w14:paraId="51E61C0C" w14:textId="77777777" w:rsidR="000D4023" w:rsidRDefault="00000000">
            <w:pPr>
              <w:spacing w:after="0"/>
            </w:pPr>
            <w:r>
              <w:rPr>
                <w:b/>
                <w:color w:val="262626"/>
                <w:sz w:val="19"/>
              </w:rPr>
              <w:t>EXPENDITURE SUB-TOTAL</w:t>
            </w:r>
          </w:p>
        </w:tc>
        <w:tc>
          <w:tcPr>
            <w:tcW w:w="3408" w:type="dxa"/>
            <w:tcBorders>
              <w:top w:val="single" w:sz="6" w:space="0" w:color="AFAFAF"/>
              <w:left w:val="single" w:sz="6" w:space="0" w:color="AFAFAF"/>
              <w:bottom w:val="single" w:sz="6" w:space="0" w:color="AFAFAF"/>
              <w:right w:val="single" w:sz="6" w:space="0" w:color="AFAFAF"/>
            </w:tcBorders>
            <w:shd w:val="clear" w:color="auto" w:fill="EDEDED"/>
            <w:tcMar>
              <w:top w:w="80" w:type="dxa"/>
              <w:left w:w="90" w:type="dxa"/>
              <w:bottom w:w="80" w:type="dxa"/>
              <w:right w:w="90" w:type="dxa"/>
            </w:tcMar>
            <w:vAlign w:val="center"/>
          </w:tcPr>
          <w:p w14:paraId="03CED6B3" w14:textId="77777777" w:rsidR="000D4023" w:rsidRDefault="000D4023"/>
        </w:tc>
        <w:tc>
          <w:tcPr>
            <w:tcW w:w="2466" w:type="dxa"/>
            <w:tcBorders>
              <w:top w:val="single" w:sz="6" w:space="0" w:color="AFAFAF"/>
              <w:left w:val="single" w:sz="6" w:space="0" w:color="AFAFAF"/>
              <w:bottom w:val="single" w:sz="6" w:space="0" w:color="AFAFAF"/>
              <w:right w:val="single" w:sz="6" w:space="0" w:color="AFAFAF"/>
            </w:tcBorders>
            <w:shd w:val="clear" w:color="auto" w:fill="EDEDED"/>
            <w:tcMar>
              <w:top w:w="80" w:type="dxa"/>
              <w:left w:w="90" w:type="dxa"/>
              <w:bottom w:w="80" w:type="dxa"/>
              <w:right w:w="90" w:type="dxa"/>
            </w:tcMar>
            <w:vAlign w:val="center"/>
          </w:tcPr>
          <w:p w14:paraId="310F3871" w14:textId="77777777" w:rsidR="000D4023" w:rsidRDefault="00000000">
            <w:pPr>
              <w:spacing w:after="0"/>
            </w:pPr>
            <w:r>
              <w:rPr>
                <w:b/>
                <w:color w:val="262626"/>
                <w:sz w:val="19"/>
              </w:rPr>
              <w:t>£</w:t>
            </w:r>
          </w:p>
        </w:tc>
      </w:tr>
      <w:tr w:rsidR="000D4023" w14:paraId="472B087E" w14:textId="77777777" w:rsidTr="00AB487D">
        <w:trPr>
          <w:jc w:val="center"/>
        </w:trPr>
        <w:tc>
          <w:tcPr>
            <w:tcW w:w="4332" w:type="dxa"/>
            <w:tcBorders>
              <w:top w:val="single" w:sz="5" w:space="0" w:color="D0D0D0"/>
              <w:left w:val="single" w:sz="5" w:space="0" w:color="D0D0D0"/>
              <w:bottom w:val="single" w:sz="5" w:space="0" w:color="D0D0D0"/>
              <w:right w:val="single" w:sz="5" w:space="0" w:color="D0D0D0"/>
            </w:tcBorders>
            <w:tcMar>
              <w:top w:w="80" w:type="dxa"/>
              <w:left w:w="90" w:type="dxa"/>
              <w:bottom w:w="80" w:type="dxa"/>
              <w:right w:w="90" w:type="dxa"/>
            </w:tcMar>
            <w:vAlign w:val="center"/>
          </w:tcPr>
          <w:p w14:paraId="675AFAC3" w14:textId="77777777" w:rsidR="000D4023" w:rsidRDefault="000D4023"/>
        </w:tc>
        <w:tc>
          <w:tcPr>
            <w:tcW w:w="3408" w:type="dxa"/>
            <w:tcBorders>
              <w:top w:val="single" w:sz="5" w:space="0" w:color="D0D0D0"/>
              <w:left w:val="single" w:sz="5" w:space="0" w:color="D0D0D0"/>
              <w:bottom w:val="single" w:sz="5" w:space="0" w:color="D0D0D0"/>
              <w:right w:val="single" w:sz="5" w:space="0" w:color="D0D0D0"/>
            </w:tcBorders>
            <w:tcMar>
              <w:top w:w="80" w:type="dxa"/>
              <w:left w:w="90" w:type="dxa"/>
              <w:bottom w:w="80" w:type="dxa"/>
              <w:right w:w="90" w:type="dxa"/>
            </w:tcMar>
            <w:vAlign w:val="center"/>
          </w:tcPr>
          <w:p w14:paraId="2852E97A" w14:textId="77777777" w:rsidR="000D4023" w:rsidRDefault="000D4023"/>
        </w:tc>
        <w:tc>
          <w:tcPr>
            <w:tcW w:w="2466" w:type="dxa"/>
            <w:tcBorders>
              <w:top w:val="single" w:sz="5" w:space="0" w:color="D0D0D0"/>
              <w:left w:val="single" w:sz="5" w:space="0" w:color="D0D0D0"/>
              <w:bottom w:val="single" w:sz="5" w:space="0" w:color="D0D0D0"/>
              <w:right w:val="single" w:sz="5" w:space="0" w:color="D0D0D0"/>
            </w:tcBorders>
            <w:tcMar>
              <w:top w:w="80" w:type="dxa"/>
              <w:left w:w="90" w:type="dxa"/>
              <w:bottom w:w="80" w:type="dxa"/>
              <w:right w:w="90" w:type="dxa"/>
            </w:tcMar>
            <w:vAlign w:val="center"/>
          </w:tcPr>
          <w:p w14:paraId="0FD3B09C" w14:textId="77777777" w:rsidR="000D4023" w:rsidRDefault="000D4023"/>
        </w:tc>
      </w:tr>
      <w:tr w:rsidR="000D4023" w14:paraId="314EC720" w14:textId="77777777" w:rsidTr="00AB487D">
        <w:trPr>
          <w:jc w:val="center"/>
        </w:trPr>
        <w:tc>
          <w:tcPr>
            <w:tcW w:w="4332" w:type="dxa"/>
            <w:tcBorders>
              <w:top w:val="single" w:sz="5" w:space="0" w:color="D0D0D0"/>
              <w:left w:val="single" w:sz="5" w:space="0" w:color="D0D0D0"/>
              <w:bottom w:val="single" w:sz="5" w:space="0" w:color="D0D0D0"/>
              <w:right w:val="single" w:sz="5" w:space="0" w:color="D0D0D0"/>
            </w:tcBorders>
            <w:tcMar>
              <w:top w:w="80" w:type="dxa"/>
              <w:left w:w="90" w:type="dxa"/>
              <w:bottom w:w="80" w:type="dxa"/>
              <w:right w:w="90" w:type="dxa"/>
            </w:tcMar>
            <w:vAlign w:val="center"/>
          </w:tcPr>
          <w:p w14:paraId="58F1AFF9" w14:textId="77777777" w:rsidR="000D4023" w:rsidRDefault="000D4023"/>
        </w:tc>
        <w:tc>
          <w:tcPr>
            <w:tcW w:w="3408" w:type="dxa"/>
            <w:tcBorders>
              <w:top w:val="single" w:sz="5" w:space="0" w:color="D0D0D0"/>
              <w:left w:val="single" w:sz="5" w:space="0" w:color="D0D0D0"/>
              <w:bottom w:val="single" w:sz="5" w:space="0" w:color="D0D0D0"/>
              <w:right w:val="single" w:sz="5" w:space="0" w:color="D0D0D0"/>
            </w:tcBorders>
            <w:tcMar>
              <w:top w:w="80" w:type="dxa"/>
              <w:left w:w="90" w:type="dxa"/>
              <w:bottom w:w="80" w:type="dxa"/>
              <w:right w:w="90" w:type="dxa"/>
            </w:tcMar>
            <w:vAlign w:val="center"/>
          </w:tcPr>
          <w:p w14:paraId="4AF8DA5E" w14:textId="77777777" w:rsidR="000D4023" w:rsidRDefault="000D4023"/>
        </w:tc>
        <w:tc>
          <w:tcPr>
            <w:tcW w:w="2466" w:type="dxa"/>
            <w:tcBorders>
              <w:top w:val="single" w:sz="5" w:space="0" w:color="D0D0D0"/>
              <w:left w:val="single" w:sz="5" w:space="0" w:color="D0D0D0"/>
              <w:bottom w:val="single" w:sz="5" w:space="0" w:color="D0D0D0"/>
              <w:right w:val="single" w:sz="5" w:space="0" w:color="D0D0D0"/>
            </w:tcBorders>
            <w:tcMar>
              <w:top w:w="80" w:type="dxa"/>
              <w:left w:w="90" w:type="dxa"/>
              <w:bottom w:w="80" w:type="dxa"/>
              <w:right w:w="90" w:type="dxa"/>
            </w:tcMar>
            <w:vAlign w:val="center"/>
          </w:tcPr>
          <w:p w14:paraId="47DE2C1A" w14:textId="77777777" w:rsidR="000D4023" w:rsidRDefault="000D4023"/>
        </w:tc>
      </w:tr>
      <w:tr w:rsidR="000D4023" w14:paraId="0BDA809A" w14:textId="77777777" w:rsidTr="00AB487D">
        <w:trPr>
          <w:jc w:val="center"/>
        </w:trPr>
        <w:tc>
          <w:tcPr>
            <w:tcW w:w="4332" w:type="dxa"/>
            <w:tcBorders>
              <w:top w:val="single" w:sz="5" w:space="0" w:color="D0D0D0"/>
              <w:left w:val="single" w:sz="5" w:space="0" w:color="D0D0D0"/>
              <w:bottom w:val="single" w:sz="5" w:space="0" w:color="D0D0D0"/>
              <w:right w:val="single" w:sz="5" w:space="0" w:color="D0D0D0"/>
            </w:tcBorders>
            <w:tcMar>
              <w:top w:w="80" w:type="dxa"/>
              <w:left w:w="90" w:type="dxa"/>
              <w:bottom w:w="80" w:type="dxa"/>
              <w:right w:w="90" w:type="dxa"/>
            </w:tcMar>
            <w:vAlign w:val="center"/>
          </w:tcPr>
          <w:p w14:paraId="3639DCC2" w14:textId="77777777" w:rsidR="000D4023" w:rsidRDefault="000D4023"/>
        </w:tc>
        <w:tc>
          <w:tcPr>
            <w:tcW w:w="3408" w:type="dxa"/>
            <w:tcBorders>
              <w:top w:val="single" w:sz="5" w:space="0" w:color="D0D0D0"/>
              <w:left w:val="single" w:sz="5" w:space="0" w:color="D0D0D0"/>
              <w:bottom w:val="single" w:sz="5" w:space="0" w:color="D0D0D0"/>
              <w:right w:val="single" w:sz="5" w:space="0" w:color="D0D0D0"/>
            </w:tcBorders>
            <w:tcMar>
              <w:top w:w="80" w:type="dxa"/>
              <w:left w:w="90" w:type="dxa"/>
              <w:bottom w:w="80" w:type="dxa"/>
              <w:right w:w="90" w:type="dxa"/>
            </w:tcMar>
            <w:vAlign w:val="center"/>
          </w:tcPr>
          <w:p w14:paraId="64D6D8EA" w14:textId="77777777" w:rsidR="000D4023" w:rsidRDefault="000D4023"/>
        </w:tc>
        <w:tc>
          <w:tcPr>
            <w:tcW w:w="2466" w:type="dxa"/>
            <w:tcBorders>
              <w:top w:val="single" w:sz="5" w:space="0" w:color="D0D0D0"/>
              <w:left w:val="single" w:sz="5" w:space="0" w:color="D0D0D0"/>
              <w:bottom w:val="single" w:sz="5" w:space="0" w:color="D0D0D0"/>
              <w:right w:val="single" w:sz="5" w:space="0" w:color="D0D0D0"/>
            </w:tcBorders>
            <w:tcMar>
              <w:top w:w="80" w:type="dxa"/>
              <w:left w:w="90" w:type="dxa"/>
              <w:bottom w:w="80" w:type="dxa"/>
              <w:right w:w="90" w:type="dxa"/>
            </w:tcMar>
            <w:vAlign w:val="center"/>
          </w:tcPr>
          <w:p w14:paraId="214C6C11" w14:textId="77777777" w:rsidR="000D4023" w:rsidRDefault="000D4023"/>
        </w:tc>
      </w:tr>
      <w:tr w:rsidR="000D4023" w14:paraId="5B4AF964" w14:textId="77777777" w:rsidTr="00AB487D">
        <w:trPr>
          <w:jc w:val="center"/>
        </w:trPr>
        <w:tc>
          <w:tcPr>
            <w:tcW w:w="4332" w:type="dxa"/>
            <w:tcBorders>
              <w:top w:val="single" w:sz="6" w:space="0" w:color="AFAFAF"/>
              <w:left w:val="single" w:sz="6" w:space="0" w:color="AFAFAF"/>
              <w:bottom w:val="single" w:sz="6" w:space="0" w:color="AFAFAF"/>
              <w:right w:val="single" w:sz="6" w:space="0" w:color="AFAFAF"/>
            </w:tcBorders>
            <w:shd w:val="clear" w:color="auto" w:fill="EDEDED"/>
            <w:tcMar>
              <w:top w:w="80" w:type="dxa"/>
              <w:left w:w="90" w:type="dxa"/>
              <w:bottom w:w="80" w:type="dxa"/>
              <w:right w:w="90" w:type="dxa"/>
            </w:tcMar>
            <w:vAlign w:val="center"/>
          </w:tcPr>
          <w:p w14:paraId="58843ECE" w14:textId="77777777" w:rsidR="00835657" w:rsidRDefault="00000000">
            <w:pPr>
              <w:spacing w:after="0"/>
            </w:pPr>
            <w:r>
              <w:rPr>
                <w:b/>
              </w:rPr>
              <w:t>OTHER CONTRIBUTIONS / RESOURCES TOTAL</w:t>
            </w:r>
          </w:p>
        </w:tc>
        <w:tc>
          <w:tcPr>
            <w:tcW w:w="3408" w:type="dxa"/>
            <w:tcBorders>
              <w:top w:val="single" w:sz="6" w:space="0" w:color="AFAFAF"/>
              <w:left w:val="single" w:sz="6" w:space="0" w:color="AFAFAF"/>
              <w:bottom w:val="single" w:sz="6" w:space="0" w:color="AFAFAF"/>
              <w:right w:val="single" w:sz="6" w:space="0" w:color="AFAFAF"/>
            </w:tcBorders>
            <w:shd w:val="clear" w:color="auto" w:fill="EDEDED"/>
            <w:tcMar>
              <w:top w:w="80" w:type="dxa"/>
              <w:left w:w="90" w:type="dxa"/>
              <w:bottom w:w="80" w:type="dxa"/>
              <w:right w:w="90" w:type="dxa"/>
            </w:tcMar>
            <w:vAlign w:val="center"/>
          </w:tcPr>
          <w:p w14:paraId="646A3AC7" w14:textId="77777777" w:rsidR="000D4023" w:rsidRDefault="000D4023"/>
        </w:tc>
        <w:tc>
          <w:tcPr>
            <w:tcW w:w="2466" w:type="dxa"/>
            <w:tcBorders>
              <w:top w:val="single" w:sz="6" w:space="0" w:color="AFAFAF"/>
              <w:left w:val="single" w:sz="6" w:space="0" w:color="AFAFAF"/>
              <w:bottom w:val="single" w:sz="6" w:space="0" w:color="AFAFAF"/>
              <w:right w:val="single" w:sz="6" w:space="0" w:color="AFAFAF"/>
            </w:tcBorders>
            <w:shd w:val="clear" w:color="auto" w:fill="EDEDED"/>
            <w:tcMar>
              <w:top w:w="80" w:type="dxa"/>
              <w:left w:w="90" w:type="dxa"/>
              <w:bottom w:w="80" w:type="dxa"/>
              <w:right w:w="90" w:type="dxa"/>
            </w:tcMar>
            <w:vAlign w:val="center"/>
          </w:tcPr>
          <w:p w14:paraId="5A5DCB3E" w14:textId="77777777" w:rsidR="000D4023" w:rsidRDefault="00000000">
            <w:pPr>
              <w:spacing w:after="0"/>
            </w:pPr>
            <w:r>
              <w:rPr>
                <w:b/>
                <w:color w:val="262626"/>
                <w:sz w:val="19"/>
              </w:rPr>
              <w:t>£</w:t>
            </w:r>
          </w:p>
        </w:tc>
      </w:tr>
      <w:tr w:rsidR="000D4023" w14:paraId="38C9AF1C" w14:textId="77777777" w:rsidTr="00AB487D">
        <w:trPr>
          <w:jc w:val="center"/>
        </w:trPr>
        <w:tc>
          <w:tcPr>
            <w:tcW w:w="4332" w:type="dxa"/>
            <w:tcBorders>
              <w:top w:val="single" w:sz="6" w:space="0" w:color="AFAFAF"/>
              <w:left w:val="single" w:sz="6" w:space="0" w:color="AFAFAF"/>
              <w:bottom w:val="single" w:sz="6" w:space="0" w:color="AFAFAF"/>
              <w:right w:val="single" w:sz="6" w:space="0" w:color="AFAFAF"/>
            </w:tcBorders>
            <w:shd w:val="clear" w:color="auto" w:fill="D9D9D9"/>
            <w:tcMar>
              <w:top w:w="80" w:type="dxa"/>
              <w:left w:w="90" w:type="dxa"/>
              <w:bottom w:w="80" w:type="dxa"/>
              <w:right w:w="90" w:type="dxa"/>
            </w:tcMar>
            <w:vAlign w:val="center"/>
          </w:tcPr>
          <w:p w14:paraId="664E526F" w14:textId="77777777" w:rsidR="00835657" w:rsidRDefault="00000000">
            <w:pPr>
              <w:spacing w:after="0"/>
            </w:pPr>
            <w:r>
              <w:rPr>
                <w:b/>
              </w:rPr>
              <w:t>CULTURAL PROGRAMME SUPPORT REQUESTED</w:t>
            </w:r>
          </w:p>
        </w:tc>
        <w:tc>
          <w:tcPr>
            <w:tcW w:w="3408" w:type="dxa"/>
            <w:tcBorders>
              <w:top w:val="single" w:sz="6" w:space="0" w:color="AFAFAF"/>
              <w:left w:val="single" w:sz="6" w:space="0" w:color="AFAFAF"/>
              <w:bottom w:val="single" w:sz="6" w:space="0" w:color="AFAFAF"/>
              <w:right w:val="single" w:sz="6" w:space="0" w:color="AFAFAF"/>
            </w:tcBorders>
            <w:shd w:val="clear" w:color="auto" w:fill="D9D9D9"/>
            <w:tcMar>
              <w:top w:w="80" w:type="dxa"/>
              <w:left w:w="90" w:type="dxa"/>
              <w:bottom w:w="80" w:type="dxa"/>
              <w:right w:w="90" w:type="dxa"/>
            </w:tcMar>
            <w:vAlign w:val="center"/>
          </w:tcPr>
          <w:p w14:paraId="65BD55BF" w14:textId="77777777" w:rsidR="000D4023" w:rsidRDefault="000D4023"/>
        </w:tc>
        <w:tc>
          <w:tcPr>
            <w:tcW w:w="2466" w:type="dxa"/>
            <w:tcBorders>
              <w:top w:val="single" w:sz="6" w:space="0" w:color="AFAFAF"/>
              <w:left w:val="single" w:sz="6" w:space="0" w:color="AFAFAF"/>
              <w:bottom w:val="single" w:sz="6" w:space="0" w:color="AFAFAF"/>
              <w:right w:val="single" w:sz="6" w:space="0" w:color="AFAFAF"/>
            </w:tcBorders>
            <w:shd w:val="clear" w:color="auto" w:fill="D9D9D9"/>
            <w:tcMar>
              <w:top w:w="80" w:type="dxa"/>
              <w:left w:w="90" w:type="dxa"/>
              <w:bottom w:w="80" w:type="dxa"/>
              <w:right w:w="90" w:type="dxa"/>
            </w:tcMar>
            <w:vAlign w:val="center"/>
          </w:tcPr>
          <w:p w14:paraId="2B8F7008" w14:textId="77777777" w:rsidR="000D4023" w:rsidRDefault="00000000">
            <w:pPr>
              <w:spacing w:after="0"/>
            </w:pPr>
            <w:r>
              <w:rPr>
                <w:b/>
                <w:color w:val="262626"/>
                <w:sz w:val="19"/>
              </w:rPr>
              <w:t>£</w:t>
            </w:r>
          </w:p>
        </w:tc>
      </w:tr>
    </w:tbl>
    <w:p w14:paraId="2C4F9499" w14:textId="77777777" w:rsidR="000D4023" w:rsidRDefault="000D4023">
      <w:pPr>
        <w:spacing w:after="0"/>
      </w:pPr>
    </w:p>
    <w:tbl>
      <w:tblPr>
        <w:tblW w:w="0" w:type="auto"/>
        <w:jc w:val="center"/>
        <w:tblLayout w:type="fixed"/>
        <w:tblLook w:val="04A0" w:firstRow="1" w:lastRow="0" w:firstColumn="1" w:lastColumn="0" w:noHBand="0" w:noVBand="1"/>
      </w:tblPr>
      <w:tblGrid>
        <w:gridCol w:w="10224"/>
      </w:tblGrid>
      <w:tr w:rsidR="000D4023" w14:paraId="3ABF1E6E" w14:textId="77777777">
        <w:trPr>
          <w:jc w:val="center"/>
        </w:trPr>
        <w:tc>
          <w:tcPr>
            <w:tcW w:w="10224" w:type="dxa"/>
            <w:tcBorders>
              <w:top w:val="nil"/>
              <w:left w:val="nil"/>
              <w:bottom w:val="nil"/>
              <w:right w:val="nil"/>
            </w:tcBorders>
            <w:shd w:val="clear" w:color="auto" w:fill="F3F3F3"/>
            <w:tcMar>
              <w:top w:w="80" w:type="dxa"/>
              <w:left w:w="90" w:type="dxa"/>
              <w:bottom w:w="80" w:type="dxa"/>
              <w:right w:w="90" w:type="dxa"/>
            </w:tcMar>
            <w:vAlign w:val="center"/>
          </w:tcPr>
          <w:p w14:paraId="040479BE" w14:textId="77777777" w:rsidR="00835657" w:rsidRDefault="00000000">
            <w:pPr>
              <w:spacing w:after="0"/>
            </w:pPr>
            <w:r>
              <w:rPr>
                <w:b/>
              </w:rPr>
              <w:t>Budget notes</w:t>
            </w:r>
            <w:r>
              <w:br/>
              <w:t>• Please include any other financial or in-kind contributions already secured or under discussion. Costs should be realistic and proportionate to the proposed activity.</w:t>
            </w:r>
          </w:p>
        </w:tc>
      </w:tr>
    </w:tbl>
    <w:p w14:paraId="50FF2279" w14:textId="77777777" w:rsidR="000D4023" w:rsidRDefault="000D4023"/>
    <w:tbl>
      <w:tblPr>
        <w:tblW w:w="0" w:type="auto"/>
        <w:jc w:val="center"/>
        <w:tblLayout w:type="fixed"/>
        <w:tblLook w:val="04A0" w:firstRow="1" w:lastRow="0" w:firstColumn="1" w:lastColumn="0" w:noHBand="0" w:noVBand="1"/>
      </w:tblPr>
      <w:tblGrid>
        <w:gridCol w:w="10224"/>
      </w:tblGrid>
      <w:tr w:rsidR="000D4023" w14:paraId="5D16AA11" w14:textId="77777777" w:rsidTr="00AB487D">
        <w:trPr>
          <w:jc w:val="center"/>
        </w:trPr>
        <w:tc>
          <w:tcPr>
            <w:tcW w:w="10224" w:type="dxa"/>
            <w:tcBorders>
              <w:top w:val="nil"/>
              <w:left w:val="nil"/>
              <w:bottom w:val="nil"/>
              <w:right w:val="nil"/>
            </w:tcBorders>
            <w:shd w:val="clear" w:color="auto" w:fill="C6D9F1" w:themeFill="text2" w:themeFillTint="33"/>
            <w:tcMar>
              <w:top w:w="80" w:type="dxa"/>
              <w:left w:w="90" w:type="dxa"/>
              <w:bottom w:w="80" w:type="dxa"/>
              <w:right w:w="90" w:type="dxa"/>
            </w:tcMar>
            <w:vAlign w:val="center"/>
          </w:tcPr>
          <w:p w14:paraId="66DA64DB" w14:textId="77777777" w:rsidR="00835657" w:rsidRDefault="00000000">
            <w:pPr>
              <w:spacing w:after="0"/>
            </w:pPr>
            <w:r>
              <w:rPr>
                <w:b/>
              </w:rPr>
              <w:t>7. Evaluation, Stage 2 response and future development</w:t>
            </w:r>
          </w:p>
          <w:p w14:paraId="635C0AC9" w14:textId="77777777" w:rsidR="00835657" w:rsidRDefault="00000000">
            <w:pPr>
              <w:spacing w:after="0"/>
            </w:pPr>
            <w:r>
              <w:t>Stage 2 proposals should provide fuller detail and respond to any Stage 1 feedback.</w:t>
            </w:r>
          </w:p>
        </w:tc>
      </w:tr>
    </w:tbl>
    <w:p w14:paraId="49874157" w14:textId="77777777" w:rsidR="000D4023" w:rsidRDefault="000D4023">
      <w:pPr>
        <w:spacing w:after="0"/>
      </w:pPr>
    </w:p>
    <w:tbl>
      <w:tblPr>
        <w:tblW w:w="0" w:type="auto"/>
        <w:jc w:val="center"/>
        <w:tblLayout w:type="fixed"/>
        <w:tblLook w:val="04A0" w:firstRow="1" w:lastRow="0" w:firstColumn="1" w:lastColumn="0" w:noHBand="0" w:noVBand="1"/>
      </w:tblPr>
      <w:tblGrid>
        <w:gridCol w:w="10224"/>
      </w:tblGrid>
      <w:tr w:rsidR="000D4023" w14:paraId="6171BB0F" w14:textId="77777777">
        <w:trPr>
          <w:cantSplit/>
          <w:jc w:val="center"/>
        </w:trPr>
        <w:tc>
          <w:tcPr>
            <w:tcW w:w="10224" w:type="dxa"/>
            <w:tcBorders>
              <w:top w:val="nil"/>
              <w:left w:val="nil"/>
              <w:bottom w:val="nil"/>
              <w:right w:val="nil"/>
            </w:tcBorders>
            <w:shd w:val="clear" w:color="auto" w:fill="EDEDED"/>
            <w:tcMar>
              <w:top w:w="80" w:type="dxa"/>
              <w:left w:w="90" w:type="dxa"/>
              <w:bottom w:w="80" w:type="dxa"/>
              <w:right w:w="90" w:type="dxa"/>
            </w:tcMar>
            <w:vAlign w:val="center"/>
          </w:tcPr>
          <w:p w14:paraId="64E28769" w14:textId="77777777" w:rsidR="00835657" w:rsidRDefault="00000000">
            <w:pPr>
              <w:spacing w:before="120" w:after="0"/>
            </w:pPr>
            <w:r>
              <w:rPr>
                <w:b/>
              </w:rPr>
              <w:t xml:space="preserve">Evaluation: </w:t>
            </w:r>
            <w:r>
              <w:t>What would success look like, and how will you gather evidence of audience engagement, learning, reach and / or impact?</w:t>
            </w:r>
          </w:p>
        </w:tc>
      </w:tr>
      <w:tr w:rsidR="000D4023" w14:paraId="2BA1F0AF" w14:textId="77777777">
        <w:trPr>
          <w:jc w:val="center"/>
        </w:trPr>
        <w:tc>
          <w:tcPr>
            <w:tcW w:w="10224" w:type="dxa"/>
            <w:tcBorders>
              <w:top w:val="single" w:sz="4" w:space="0" w:color="D9DDE2"/>
              <w:left w:val="single" w:sz="4" w:space="0" w:color="D9DDE2"/>
              <w:bottom w:val="single" w:sz="4" w:space="0" w:color="D9DDE2"/>
              <w:right w:val="single" w:sz="4" w:space="0" w:color="D9DDE2"/>
            </w:tcBorders>
            <w:shd w:val="clear" w:color="auto" w:fill="F7F8F9"/>
            <w:tcMar>
              <w:top w:w="80" w:type="dxa"/>
              <w:left w:w="90" w:type="dxa"/>
              <w:bottom w:w="80" w:type="dxa"/>
              <w:right w:w="90" w:type="dxa"/>
            </w:tcMar>
            <w:vAlign w:val="center"/>
          </w:tcPr>
          <w:p w14:paraId="187ED599" w14:textId="77777777" w:rsidR="000D4023" w:rsidRDefault="000D4023">
            <w:pPr>
              <w:spacing w:after="0" w:line="240" w:lineRule="auto"/>
            </w:pPr>
          </w:p>
          <w:p w14:paraId="0DB688DA" w14:textId="77777777" w:rsidR="00070324" w:rsidRDefault="00070324">
            <w:pPr>
              <w:spacing w:after="0" w:line="240" w:lineRule="auto"/>
            </w:pPr>
          </w:p>
          <w:p w14:paraId="384E03A1" w14:textId="77777777" w:rsidR="00070324" w:rsidRDefault="00070324">
            <w:pPr>
              <w:spacing w:after="0" w:line="240" w:lineRule="auto"/>
            </w:pPr>
          </w:p>
          <w:p w14:paraId="7B1F2318" w14:textId="77777777" w:rsidR="00070324" w:rsidRDefault="00070324">
            <w:pPr>
              <w:spacing w:after="0" w:line="240" w:lineRule="auto"/>
            </w:pPr>
          </w:p>
          <w:p w14:paraId="63220836" w14:textId="77777777" w:rsidR="00070324" w:rsidRDefault="00070324">
            <w:pPr>
              <w:spacing w:after="0" w:line="240" w:lineRule="auto"/>
            </w:pPr>
          </w:p>
        </w:tc>
      </w:tr>
      <w:tr w:rsidR="000D4023" w14:paraId="2602E4D8" w14:textId="77777777">
        <w:trPr>
          <w:cantSplit/>
          <w:jc w:val="center"/>
        </w:trPr>
        <w:tc>
          <w:tcPr>
            <w:tcW w:w="10224" w:type="dxa"/>
            <w:tcBorders>
              <w:top w:val="nil"/>
              <w:left w:val="nil"/>
              <w:bottom w:val="nil"/>
              <w:right w:val="nil"/>
            </w:tcBorders>
            <w:shd w:val="clear" w:color="auto" w:fill="EDEDED"/>
            <w:tcMar>
              <w:top w:w="80" w:type="dxa"/>
              <w:left w:w="90" w:type="dxa"/>
              <w:bottom w:w="80" w:type="dxa"/>
              <w:right w:w="90" w:type="dxa"/>
            </w:tcMar>
            <w:vAlign w:val="center"/>
          </w:tcPr>
          <w:p w14:paraId="7E9B4715" w14:textId="77777777" w:rsidR="00835657" w:rsidRDefault="00000000">
            <w:pPr>
              <w:spacing w:after="0"/>
            </w:pPr>
            <w:r>
              <w:rPr>
                <w:b/>
              </w:rPr>
              <w:t xml:space="preserve">Stage 2 response (Stage 2 proposals only): </w:t>
            </w:r>
            <w:r>
              <w:t>What changes or developments have you made in response to feedback from Stage 1?</w:t>
            </w:r>
          </w:p>
        </w:tc>
      </w:tr>
      <w:tr w:rsidR="000D4023" w14:paraId="45DC967A" w14:textId="77777777">
        <w:trPr>
          <w:jc w:val="center"/>
        </w:trPr>
        <w:tc>
          <w:tcPr>
            <w:tcW w:w="10224" w:type="dxa"/>
            <w:tcBorders>
              <w:top w:val="single" w:sz="4" w:space="0" w:color="D9DDE2"/>
              <w:left w:val="single" w:sz="4" w:space="0" w:color="D9DDE2"/>
              <w:bottom w:val="single" w:sz="4" w:space="0" w:color="D9DDE2"/>
              <w:right w:val="single" w:sz="4" w:space="0" w:color="D9DDE2"/>
            </w:tcBorders>
            <w:shd w:val="clear" w:color="auto" w:fill="F7F8F9"/>
            <w:tcMar>
              <w:top w:w="80" w:type="dxa"/>
              <w:left w:w="90" w:type="dxa"/>
              <w:bottom w:w="80" w:type="dxa"/>
              <w:right w:w="90" w:type="dxa"/>
            </w:tcMar>
            <w:vAlign w:val="center"/>
          </w:tcPr>
          <w:p w14:paraId="2CC5FA43" w14:textId="77777777" w:rsidR="000D4023" w:rsidRDefault="000D4023">
            <w:pPr>
              <w:spacing w:after="0" w:line="240" w:lineRule="auto"/>
            </w:pPr>
          </w:p>
          <w:p w14:paraId="2AC7C7DB" w14:textId="77777777" w:rsidR="00070324" w:rsidRDefault="00070324">
            <w:pPr>
              <w:spacing w:after="0" w:line="240" w:lineRule="auto"/>
            </w:pPr>
          </w:p>
          <w:p w14:paraId="4E6009CC" w14:textId="77777777" w:rsidR="00070324" w:rsidRDefault="00070324">
            <w:pPr>
              <w:spacing w:after="0" w:line="240" w:lineRule="auto"/>
            </w:pPr>
          </w:p>
          <w:p w14:paraId="13DC60D5" w14:textId="77777777" w:rsidR="00070324" w:rsidRDefault="00070324">
            <w:pPr>
              <w:spacing w:after="0" w:line="240" w:lineRule="auto"/>
            </w:pPr>
          </w:p>
          <w:p w14:paraId="034E79CA" w14:textId="77777777" w:rsidR="00070324" w:rsidRDefault="00070324">
            <w:pPr>
              <w:spacing w:after="0" w:line="240" w:lineRule="auto"/>
            </w:pPr>
          </w:p>
          <w:p w14:paraId="280AB3ED" w14:textId="77777777" w:rsidR="00070324" w:rsidRDefault="00070324">
            <w:pPr>
              <w:spacing w:after="0" w:line="240" w:lineRule="auto"/>
            </w:pPr>
          </w:p>
          <w:p w14:paraId="0D015E28" w14:textId="77777777" w:rsidR="00070324" w:rsidRDefault="00070324">
            <w:pPr>
              <w:spacing w:after="0" w:line="240" w:lineRule="auto"/>
            </w:pPr>
          </w:p>
          <w:p w14:paraId="12189243" w14:textId="77777777" w:rsidR="00070324" w:rsidRDefault="00070324">
            <w:pPr>
              <w:spacing w:after="0" w:line="240" w:lineRule="auto"/>
            </w:pPr>
          </w:p>
          <w:p w14:paraId="1CBC0A21" w14:textId="77777777" w:rsidR="00070324" w:rsidRDefault="00070324">
            <w:pPr>
              <w:spacing w:after="0" w:line="240" w:lineRule="auto"/>
            </w:pPr>
          </w:p>
          <w:p w14:paraId="6C0AC3DC" w14:textId="77777777" w:rsidR="00070324" w:rsidRDefault="00070324">
            <w:pPr>
              <w:spacing w:after="0" w:line="240" w:lineRule="auto"/>
            </w:pPr>
          </w:p>
          <w:p w14:paraId="0F892130" w14:textId="77777777" w:rsidR="00070324" w:rsidRDefault="00070324">
            <w:pPr>
              <w:spacing w:after="0" w:line="240" w:lineRule="auto"/>
            </w:pPr>
          </w:p>
          <w:p w14:paraId="7512D6A0" w14:textId="77777777" w:rsidR="00070324" w:rsidRDefault="00070324">
            <w:pPr>
              <w:spacing w:after="0" w:line="240" w:lineRule="auto"/>
            </w:pPr>
          </w:p>
          <w:p w14:paraId="581201D1" w14:textId="77777777" w:rsidR="00070324" w:rsidRDefault="00070324">
            <w:pPr>
              <w:spacing w:after="0" w:line="240" w:lineRule="auto"/>
            </w:pPr>
          </w:p>
        </w:tc>
      </w:tr>
      <w:tr w:rsidR="000D4023" w14:paraId="338654C2" w14:textId="77777777">
        <w:trPr>
          <w:cantSplit/>
          <w:jc w:val="center"/>
        </w:trPr>
        <w:tc>
          <w:tcPr>
            <w:tcW w:w="10224" w:type="dxa"/>
            <w:tcBorders>
              <w:top w:val="nil"/>
              <w:left w:val="nil"/>
              <w:bottom w:val="nil"/>
              <w:right w:val="nil"/>
            </w:tcBorders>
            <w:shd w:val="clear" w:color="auto" w:fill="EDEDED"/>
            <w:tcMar>
              <w:top w:w="80" w:type="dxa"/>
              <w:left w:w="90" w:type="dxa"/>
              <w:bottom w:w="80" w:type="dxa"/>
              <w:right w:w="90" w:type="dxa"/>
            </w:tcMar>
            <w:vAlign w:val="center"/>
          </w:tcPr>
          <w:p w14:paraId="3A85A136" w14:textId="77777777" w:rsidR="00835657" w:rsidRDefault="00000000">
            <w:pPr>
              <w:spacing w:after="0"/>
            </w:pPr>
            <w:r>
              <w:rPr>
                <w:b/>
              </w:rPr>
              <w:t xml:space="preserve">Future development / legacy: </w:t>
            </w:r>
            <w:r>
              <w:t>What might this work lead to next, and what relationships, learning or cultural work do you hope to develop beyond this stage?</w:t>
            </w:r>
          </w:p>
        </w:tc>
      </w:tr>
      <w:tr w:rsidR="000D4023" w14:paraId="7BE0C73C" w14:textId="77777777">
        <w:trPr>
          <w:jc w:val="center"/>
        </w:trPr>
        <w:tc>
          <w:tcPr>
            <w:tcW w:w="10224" w:type="dxa"/>
            <w:tcBorders>
              <w:top w:val="single" w:sz="4" w:space="0" w:color="D9DDE2"/>
              <w:left w:val="single" w:sz="4" w:space="0" w:color="D9DDE2"/>
              <w:bottom w:val="single" w:sz="4" w:space="0" w:color="D9DDE2"/>
              <w:right w:val="single" w:sz="4" w:space="0" w:color="D9DDE2"/>
            </w:tcBorders>
            <w:shd w:val="clear" w:color="auto" w:fill="F7F8F9"/>
            <w:tcMar>
              <w:top w:w="80" w:type="dxa"/>
              <w:left w:w="90" w:type="dxa"/>
              <w:bottom w:w="80" w:type="dxa"/>
              <w:right w:w="90" w:type="dxa"/>
            </w:tcMar>
            <w:vAlign w:val="center"/>
          </w:tcPr>
          <w:p w14:paraId="6F5E6370" w14:textId="77777777" w:rsidR="000D4023" w:rsidRDefault="000D4023">
            <w:pPr>
              <w:spacing w:after="0" w:line="240" w:lineRule="auto"/>
            </w:pPr>
          </w:p>
          <w:p w14:paraId="5A6287EC" w14:textId="77777777" w:rsidR="00070324" w:rsidRDefault="00070324">
            <w:pPr>
              <w:spacing w:after="0" w:line="240" w:lineRule="auto"/>
            </w:pPr>
          </w:p>
          <w:p w14:paraId="15C8C5AF" w14:textId="77777777" w:rsidR="00070324" w:rsidRDefault="00070324">
            <w:pPr>
              <w:spacing w:after="0" w:line="240" w:lineRule="auto"/>
            </w:pPr>
          </w:p>
          <w:p w14:paraId="101557A5" w14:textId="77777777" w:rsidR="00070324" w:rsidRDefault="00070324">
            <w:pPr>
              <w:spacing w:after="0" w:line="240" w:lineRule="auto"/>
            </w:pPr>
          </w:p>
          <w:p w14:paraId="533E4741" w14:textId="77777777" w:rsidR="00070324" w:rsidRDefault="00070324">
            <w:pPr>
              <w:spacing w:after="0" w:line="240" w:lineRule="auto"/>
            </w:pPr>
          </w:p>
          <w:p w14:paraId="1DE8187A" w14:textId="77777777" w:rsidR="00070324" w:rsidRDefault="00070324">
            <w:pPr>
              <w:spacing w:after="0" w:line="240" w:lineRule="auto"/>
            </w:pPr>
          </w:p>
          <w:p w14:paraId="4D257952" w14:textId="77777777" w:rsidR="00070324" w:rsidRDefault="00070324">
            <w:pPr>
              <w:spacing w:after="0" w:line="240" w:lineRule="auto"/>
            </w:pPr>
          </w:p>
          <w:p w14:paraId="350849D4" w14:textId="77777777" w:rsidR="00070324" w:rsidRDefault="00070324">
            <w:pPr>
              <w:spacing w:after="0" w:line="240" w:lineRule="auto"/>
            </w:pPr>
          </w:p>
          <w:p w14:paraId="5300D16F" w14:textId="77777777" w:rsidR="00070324" w:rsidRDefault="00070324">
            <w:pPr>
              <w:spacing w:after="0" w:line="240" w:lineRule="auto"/>
            </w:pPr>
          </w:p>
          <w:p w14:paraId="0E1054AB" w14:textId="77777777" w:rsidR="00070324" w:rsidRDefault="00070324">
            <w:pPr>
              <w:spacing w:after="0" w:line="240" w:lineRule="auto"/>
            </w:pPr>
          </w:p>
          <w:p w14:paraId="436E5C89" w14:textId="77777777" w:rsidR="00070324" w:rsidRDefault="00070324">
            <w:pPr>
              <w:spacing w:after="0" w:line="240" w:lineRule="auto"/>
            </w:pPr>
          </w:p>
        </w:tc>
      </w:tr>
    </w:tbl>
    <w:p w14:paraId="45EBF5FF" w14:textId="77777777" w:rsidR="00414F42" w:rsidRDefault="00414F42"/>
    <w:sectPr w:rsidR="00414F42" w:rsidSect="00034616">
      <w:headerReference w:type="default" r:id="rId8"/>
      <w:footerReference w:type="default" r:id="rId9"/>
      <w:pgSz w:w="12240" w:h="15840"/>
      <w:pgMar w:top="936" w:right="1008" w:bottom="79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B94251" w14:textId="77777777" w:rsidR="003D49A4" w:rsidRDefault="003D49A4">
      <w:pPr>
        <w:spacing w:after="0" w:line="240" w:lineRule="auto"/>
      </w:pPr>
      <w:r>
        <w:separator/>
      </w:r>
    </w:p>
  </w:endnote>
  <w:endnote w:type="continuationSeparator" w:id="0">
    <w:p w14:paraId="49C6187A" w14:textId="77777777" w:rsidR="003D49A4" w:rsidRDefault="003D4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C6FA04" w14:textId="77777777" w:rsidR="000D4023" w:rsidRDefault="00AB487D">
    <w:pPr>
      <w:pStyle w:val="Footer"/>
      <w:jc w:val="right"/>
    </w:pPr>
    <w:r>
      <w:rPr>
        <w:color w:val="777777"/>
        <w:sz w:val="17"/>
      </w:rPr>
      <w:t xml:space="preserve">Cultural Programme Open </w:t>
    </w:r>
    <w:proofErr w:type="gramStart"/>
    <w:r>
      <w:rPr>
        <w:color w:val="777777"/>
        <w:sz w:val="17"/>
      </w:rPr>
      <w:t>Call  |</w:t>
    </w:r>
    <w:proofErr w:type="gramEnd"/>
    <w:r>
      <w:rPr>
        <w:color w:val="777777"/>
        <w:sz w:val="17"/>
      </w:rPr>
      <w:t xml:space="preserve">  </w:t>
    </w: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B7DC1C" w14:textId="77777777" w:rsidR="003D49A4" w:rsidRDefault="003D49A4">
      <w:pPr>
        <w:spacing w:after="0" w:line="240" w:lineRule="auto"/>
      </w:pPr>
      <w:r>
        <w:separator/>
      </w:r>
    </w:p>
  </w:footnote>
  <w:footnote w:type="continuationSeparator" w:id="0">
    <w:p w14:paraId="5D670CED" w14:textId="77777777" w:rsidR="003D49A4" w:rsidRDefault="003D4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A0B3D6" w14:textId="77777777" w:rsidR="000D4023" w:rsidRDefault="00000000">
    <w:pPr>
      <w:pStyle w:val="Header"/>
      <w:spacing w:after="40"/>
    </w:pPr>
    <w:r>
      <w:rPr>
        <w:b/>
        <w:color w:val="555555"/>
        <w:sz w:val="18"/>
      </w:rPr>
      <w:t xml:space="preserve">Cultural </w:t>
    </w:r>
    <w:proofErr w:type="spellStart"/>
    <w:proofErr w:type="gramStart"/>
    <w:r>
      <w:rPr>
        <w:b/>
        <w:color w:val="555555"/>
        <w:sz w:val="18"/>
      </w:rPr>
      <w:t>Programme</w:t>
    </w:r>
    <w:proofErr w:type="spellEnd"/>
    <w:r>
      <w:rPr>
        <w:b/>
        <w:color w:val="555555"/>
        <w:sz w:val="18"/>
      </w:rPr>
      <w:t xml:space="preserve">  |</w:t>
    </w:r>
    <w:proofErr w:type="gramEnd"/>
    <w:r>
      <w:rPr>
        <w:b/>
        <w:color w:val="555555"/>
        <w:sz w:val="18"/>
      </w:rPr>
      <w:t xml:space="preserve">  Schwarzman Centre for the Humanities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79624617">
    <w:abstractNumId w:val="8"/>
  </w:num>
  <w:num w:numId="2" w16cid:durableId="159660498">
    <w:abstractNumId w:val="6"/>
  </w:num>
  <w:num w:numId="3" w16cid:durableId="376587117">
    <w:abstractNumId w:val="5"/>
  </w:num>
  <w:num w:numId="4" w16cid:durableId="463810275">
    <w:abstractNumId w:val="4"/>
  </w:num>
  <w:num w:numId="5" w16cid:durableId="134179701">
    <w:abstractNumId w:val="7"/>
  </w:num>
  <w:num w:numId="6" w16cid:durableId="1359744042">
    <w:abstractNumId w:val="3"/>
  </w:num>
  <w:num w:numId="7" w16cid:durableId="1151366341">
    <w:abstractNumId w:val="2"/>
  </w:num>
  <w:num w:numId="8" w16cid:durableId="1086457101">
    <w:abstractNumId w:val="1"/>
  </w:num>
  <w:num w:numId="9" w16cid:durableId="49965671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0324"/>
    <w:rsid w:val="000D4023"/>
    <w:rsid w:val="0015074B"/>
    <w:rsid w:val="00220320"/>
    <w:rsid w:val="002243B8"/>
    <w:rsid w:val="0029639D"/>
    <w:rsid w:val="002C2314"/>
    <w:rsid w:val="00326F90"/>
    <w:rsid w:val="003D49A4"/>
    <w:rsid w:val="00414F42"/>
    <w:rsid w:val="00835657"/>
    <w:rsid w:val="00AA1D8D"/>
    <w:rsid w:val="00AB487D"/>
    <w:rsid w:val="00B47730"/>
    <w:rsid w:val="00BC1FCB"/>
    <w:rsid w:val="00CB0664"/>
    <w:rsid w:val="00FA379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CC7DFE"/>
  <w14:defaultImageDpi w14:val="300"/>
  <w15:docId w15:val="{F812D3BA-E304-4247-B286-BDCF7EFB8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732</Words>
  <Characters>4174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Justine Shaw</cp:lastModifiedBy>
  <cp:revision>2</cp:revision>
  <dcterms:created xsi:type="dcterms:W3CDTF">2026-09-11T11:28:00Z</dcterms:created>
  <dcterms:modified xsi:type="dcterms:W3CDTF">2026-09-11T11:28:00Z</dcterms:modified>
  <cp:category/>
</cp:coreProperties>
</file>